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CB0E0" w14:textId="77777777" w:rsidR="00182DA8" w:rsidRPr="00E97E87" w:rsidRDefault="00182DA8" w:rsidP="00182DA8">
      <w:pPr>
        <w:spacing w:line="360" w:lineRule="auto"/>
        <w:jc w:val="center"/>
        <w:rPr>
          <w:rFonts w:ascii="Arial" w:hAnsi="Arial" w:cs="Arial"/>
          <w:b/>
          <w:sz w:val="30"/>
          <w:lang w:val="ca-ES"/>
        </w:rPr>
      </w:pPr>
    </w:p>
    <w:p w14:paraId="055FF1A9" w14:textId="22A1953E" w:rsidR="007C53DA" w:rsidRPr="00E97E87" w:rsidRDefault="00000000" w:rsidP="00182DA8">
      <w:pPr>
        <w:spacing w:line="360" w:lineRule="auto"/>
        <w:jc w:val="center"/>
        <w:rPr>
          <w:rFonts w:ascii="Arial" w:hAnsi="Arial" w:cs="Arial"/>
          <w:lang w:val="ca-ES"/>
        </w:rPr>
      </w:pPr>
      <w:r w:rsidRPr="00E97E87">
        <w:rPr>
          <w:rFonts w:ascii="Arial" w:hAnsi="Arial" w:cs="Arial"/>
          <w:b/>
          <w:sz w:val="30"/>
          <w:lang w:val="ca-ES"/>
        </w:rPr>
        <w:t>HORARIS D</w:t>
      </w:r>
      <w:r w:rsidR="00B8139A" w:rsidRPr="00E97E87">
        <w:rPr>
          <w:rFonts w:ascii="Arial" w:hAnsi="Arial" w:cs="Arial"/>
          <w:b/>
          <w:sz w:val="30"/>
          <w:lang w:val="ca-ES"/>
        </w:rPr>
        <w:t>’</w:t>
      </w:r>
      <w:r w:rsidRPr="00E97E87">
        <w:rPr>
          <w:rFonts w:ascii="Arial" w:hAnsi="Arial" w:cs="Arial"/>
          <w:b/>
          <w:sz w:val="30"/>
          <w:lang w:val="ca-ES"/>
        </w:rPr>
        <w:t>ACO</w:t>
      </w:r>
      <w:r w:rsidR="00B8139A" w:rsidRPr="00E97E87">
        <w:rPr>
          <w:rFonts w:ascii="Arial" w:hAnsi="Arial" w:cs="Arial"/>
          <w:b/>
          <w:sz w:val="30"/>
          <w:lang w:val="ca-ES"/>
        </w:rPr>
        <w:t>LLIDA</w:t>
      </w:r>
      <w:r w:rsidRPr="00E97E87">
        <w:rPr>
          <w:rFonts w:ascii="Arial" w:hAnsi="Arial" w:cs="Arial"/>
          <w:b/>
          <w:sz w:val="30"/>
          <w:lang w:val="ca-ES"/>
        </w:rPr>
        <w:t xml:space="preserve"> E INICI DE CURS 2026/2027</w:t>
      </w:r>
    </w:p>
    <w:p w14:paraId="4CC68F13" w14:textId="61040780" w:rsidR="007C53DA" w:rsidRPr="00E97E87" w:rsidRDefault="00000000" w:rsidP="00182DA8">
      <w:pPr>
        <w:spacing w:line="360" w:lineRule="auto"/>
        <w:jc w:val="center"/>
        <w:rPr>
          <w:rFonts w:ascii="Arial" w:hAnsi="Arial" w:cs="Arial"/>
          <w:lang w:val="ca-ES"/>
        </w:rPr>
      </w:pPr>
      <w:r w:rsidRPr="00E97E87">
        <w:rPr>
          <w:rFonts w:ascii="Arial" w:hAnsi="Arial" w:cs="Arial"/>
          <w:b/>
          <w:sz w:val="21"/>
          <w:lang w:val="ca-ES"/>
        </w:rPr>
        <w:t>Acc</w:t>
      </w:r>
      <w:r w:rsidR="00B8139A" w:rsidRPr="00E97E87">
        <w:rPr>
          <w:rFonts w:ascii="Arial" w:hAnsi="Arial" w:cs="Arial"/>
          <w:b/>
          <w:sz w:val="21"/>
          <w:lang w:val="ca-ES"/>
        </w:rPr>
        <w:t>és</w:t>
      </w:r>
      <w:r w:rsidRPr="00E97E87">
        <w:rPr>
          <w:rFonts w:ascii="Arial" w:hAnsi="Arial" w:cs="Arial"/>
          <w:b/>
          <w:sz w:val="21"/>
          <w:lang w:val="ca-ES"/>
        </w:rPr>
        <w:t xml:space="preserve"> al centr</w:t>
      </w:r>
      <w:r w:rsidR="00B8139A" w:rsidRPr="00E97E87">
        <w:rPr>
          <w:rFonts w:ascii="Arial" w:hAnsi="Arial" w:cs="Arial"/>
          <w:b/>
          <w:sz w:val="21"/>
          <w:lang w:val="ca-ES"/>
        </w:rPr>
        <w:t>e</w:t>
      </w:r>
      <w:r w:rsidRPr="00E97E87">
        <w:rPr>
          <w:rFonts w:ascii="Arial" w:hAnsi="Arial" w:cs="Arial"/>
          <w:b/>
          <w:sz w:val="21"/>
          <w:lang w:val="ca-ES"/>
        </w:rPr>
        <w:t xml:space="preserve"> p</w:t>
      </w:r>
      <w:r w:rsidR="00B8139A" w:rsidRPr="00E97E87">
        <w:rPr>
          <w:rFonts w:ascii="Arial" w:hAnsi="Arial" w:cs="Arial"/>
          <w:b/>
          <w:sz w:val="21"/>
          <w:lang w:val="ca-ES"/>
        </w:rPr>
        <w:t>e</w:t>
      </w:r>
      <w:r w:rsidRPr="00E97E87">
        <w:rPr>
          <w:rFonts w:ascii="Arial" w:hAnsi="Arial" w:cs="Arial"/>
          <w:b/>
          <w:sz w:val="21"/>
          <w:lang w:val="ca-ES"/>
        </w:rPr>
        <w:t xml:space="preserve">r </w:t>
      </w:r>
      <w:r w:rsidR="00B8139A" w:rsidRPr="00E97E87">
        <w:rPr>
          <w:rFonts w:ascii="Arial" w:hAnsi="Arial" w:cs="Arial"/>
          <w:b/>
          <w:sz w:val="21"/>
          <w:highlight w:val="yellow"/>
          <w:lang w:val="ca-ES"/>
        </w:rPr>
        <w:t>carrer</w:t>
      </w:r>
      <w:r w:rsidRPr="00E97E87">
        <w:rPr>
          <w:rFonts w:ascii="Arial" w:hAnsi="Arial" w:cs="Arial"/>
          <w:b/>
          <w:sz w:val="21"/>
          <w:highlight w:val="yellow"/>
          <w:lang w:val="ca-ES"/>
        </w:rPr>
        <w:t xml:space="preserve"> José M. Haro</w:t>
      </w:r>
    </w:p>
    <w:p w14:paraId="786BABF5" w14:textId="3C5CCE8E" w:rsidR="007C53DA" w:rsidRPr="00E97E87" w:rsidRDefault="00B8139A" w:rsidP="00182DA8">
      <w:pPr>
        <w:spacing w:before="140" w:after="60" w:line="360" w:lineRule="auto"/>
        <w:rPr>
          <w:rFonts w:ascii="Arial" w:hAnsi="Arial" w:cs="Arial"/>
          <w:lang w:val="ca-ES"/>
        </w:rPr>
      </w:pPr>
      <w:r w:rsidRPr="00E97E87">
        <w:rPr>
          <w:rFonts w:ascii="Arial" w:hAnsi="Arial" w:cs="Arial"/>
          <w:b/>
          <w:sz w:val="24"/>
          <w:lang w:val="ca-ES"/>
        </w:rPr>
        <w:t>Dimecres</w:t>
      </w:r>
      <w:r w:rsidR="00000000" w:rsidRPr="00E97E87">
        <w:rPr>
          <w:rFonts w:ascii="Arial" w:hAnsi="Arial" w:cs="Arial"/>
          <w:b/>
          <w:sz w:val="24"/>
          <w:lang w:val="ca-ES"/>
        </w:rPr>
        <w:t xml:space="preserve">, 9 de </w:t>
      </w:r>
      <w:r w:rsidRPr="00E97E87">
        <w:rPr>
          <w:rFonts w:ascii="Arial" w:hAnsi="Arial" w:cs="Arial"/>
          <w:b/>
          <w:sz w:val="24"/>
          <w:lang w:val="ca-ES"/>
        </w:rPr>
        <w:t>setembre</w:t>
      </w:r>
      <w:r w:rsidR="00000000" w:rsidRPr="00E97E87">
        <w:rPr>
          <w:rFonts w:ascii="Arial" w:hAnsi="Arial" w:cs="Arial"/>
          <w:b/>
          <w:sz w:val="24"/>
          <w:lang w:val="ca-ES"/>
        </w:rPr>
        <w:t xml:space="preserve"> — ESO </w:t>
      </w:r>
      <w:r w:rsidRPr="00E97E87">
        <w:rPr>
          <w:rFonts w:ascii="Arial" w:hAnsi="Arial" w:cs="Arial"/>
          <w:b/>
          <w:sz w:val="24"/>
          <w:lang w:val="ca-ES"/>
        </w:rPr>
        <w:t>i</w:t>
      </w:r>
      <w:r w:rsidR="00000000" w:rsidRPr="00E97E87">
        <w:rPr>
          <w:rFonts w:ascii="Arial" w:hAnsi="Arial" w:cs="Arial"/>
          <w:b/>
          <w:sz w:val="24"/>
          <w:lang w:val="ca-ES"/>
        </w:rPr>
        <w:t xml:space="preserve"> </w:t>
      </w:r>
      <w:r w:rsidRPr="00E97E87">
        <w:rPr>
          <w:rFonts w:ascii="Arial" w:hAnsi="Arial" w:cs="Arial"/>
          <w:b/>
          <w:sz w:val="24"/>
          <w:lang w:val="ca-ES"/>
        </w:rPr>
        <w:t>Batxillerat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1134"/>
        <w:gridCol w:w="1134"/>
        <w:gridCol w:w="5929"/>
      </w:tblGrid>
      <w:tr w:rsidR="007C53DA" w:rsidRPr="00E97E87" w14:paraId="4853EF57" w14:textId="77777777" w:rsidTr="00182DA8">
        <w:trPr>
          <w:jc w:val="center"/>
        </w:trPr>
        <w:tc>
          <w:tcPr>
            <w:tcW w:w="1984" w:type="dxa"/>
            <w:shd w:val="clear" w:color="auto" w:fill="EDEDED"/>
            <w:vAlign w:val="center"/>
          </w:tcPr>
          <w:p w14:paraId="55B0D0F6" w14:textId="39D0DD66" w:rsidR="007C53DA" w:rsidRPr="00E97E87" w:rsidRDefault="00B8139A" w:rsidP="00182DA8">
            <w:pPr>
              <w:spacing w:line="360" w:lineRule="auto"/>
              <w:jc w:val="center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8"/>
                <w:lang w:val="ca-ES"/>
              </w:rPr>
              <w:t>Nivell</w:t>
            </w:r>
          </w:p>
        </w:tc>
        <w:tc>
          <w:tcPr>
            <w:tcW w:w="1134" w:type="dxa"/>
            <w:shd w:val="clear" w:color="auto" w:fill="EDEDED"/>
            <w:vAlign w:val="center"/>
          </w:tcPr>
          <w:p w14:paraId="7B4D4A0D" w14:textId="3DA9C5E1" w:rsidR="007C53DA" w:rsidRPr="00E97E87" w:rsidRDefault="00B8139A" w:rsidP="00182DA8">
            <w:pPr>
              <w:spacing w:line="360" w:lineRule="auto"/>
              <w:jc w:val="center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8"/>
                <w:lang w:val="ca-ES"/>
              </w:rPr>
              <w:t>Inici</w:t>
            </w:r>
          </w:p>
        </w:tc>
        <w:tc>
          <w:tcPr>
            <w:tcW w:w="1134" w:type="dxa"/>
            <w:shd w:val="clear" w:color="auto" w:fill="EDEDED"/>
            <w:vAlign w:val="center"/>
          </w:tcPr>
          <w:p w14:paraId="5F1EC903" w14:textId="77777777" w:rsidR="007C53DA" w:rsidRPr="00E97E87" w:rsidRDefault="00000000" w:rsidP="00182DA8">
            <w:pPr>
              <w:spacing w:line="360" w:lineRule="auto"/>
              <w:jc w:val="center"/>
              <w:rPr>
                <w:rFonts w:ascii="Arial" w:hAnsi="Arial" w:cs="Arial"/>
                <w:lang w:val="ca-ES"/>
              </w:rPr>
            </w:pPr>
            <w:proofErr w:type="spellStart"/>
            <w:r w:rsidRPr="00E97E87">
              <w:rPr>
                <w:rFonts w:ascii="Arial" w:hAnsi="Arial" w:cs="Arial"/>
                <w:b/>
                <w:sz w:val="18"/>
                <w:lang w:val="ca-ES"/>
              </w:rPr>
              <w:t>Fin</w:t>
            </w:r>
            <w:proofErr w:type="spellEnd"/>
          </w:p>
        </w:tc>
        <w:tc>
          <w:tcPr>
            <w:tcW w:w="5929" w:type="dxa"/>
            <w:shd w:val="clear" w:color="auto" w:fill="EDEDED"/>
            <w:vAlign w:val="center"/>
          </w:tcPr>
          <w:p w14:paraId="3B124E55" w14:textId="39D50CAD" w:rsidR="007C53DA" w:rsidRPr="00E97E87" w:rsidRDefault="00B8139A" w:rsidP="00182DA8">
            <w:pPr>
              <w:spacing w:line="360" w:lineRule="auto"/>
              <w:jc w:val="center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8"/>
                <w:lang w:val="ca-ES"/>
              </w:rPr>
              <w:t>Lloc / indicacions</w:t>
            </w:r>
          </w:p>
        </w:tc>
      </w:tr>
      <w:tr w:rsidR="007C53DA" w:rsidRPr="00E97E87" w14:paraId="77F06112" w14:textId="77777777" w:rsidTr="00182DA8">
        <w:trPr>
          <w:cantSplit/>
          <w:jc w:val="center"/>
        </w:trPr>
        <w:tc>
          <w:tcPr>
            <w:tcW w:w="1984" w:type="dxa"/>
            <w:vAlign w:val="center"/>
          </w:tcPr>
          <w:p w14:paraId="5711BBFD" w14:textId="77777777" w:rsidR="007C53DA" w:rsidRPr="00E97E87" w:rsidRDefault="00000000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7"/>
                <w:lang w:val="ca-ES"/>
              </w:rPr>
              <w:t>1.º ESO</w:t>
            </w:r>
          </w:p>
        </w:tc>
        <w:tc>
          <w:tcPr>
            <w:tcW w:w="1134" w:type="dxa"/>
            <w:vAlign w:val="center"/>
          </w:tcPr>
          <w:p w14:paraId="5E65BB84" w14:textId="77777777" w:rsidR="007C53DA" w:rsidRPr="00E97E87" w:rsidRDefault="00000000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9:00 h</w:t>
            </w:r>
          </w:p>
        </w:tc>
        <w:tc>
          <w:tcPr>
            <w:tcW w:w="1134" w:type="dxa"/>
            <w:vAlign w:val="center"/>
          </w:tcPr>
          <w:p w14:paraId="7FD7924A" w14:textId="77777777" w:rsidR="007C53DA" w:rsidRPr="00E97E87" w:rsidRDefault="00000000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12:00 h</w:t>
            </w:r>
          </w:p>
        </w:tc>
        <w:tc>
          <w:tcPr>
            <w:tcW w:w="5929" w:type="dxa"/>
            <w:vAlign w:val="center"/>
          </w:tcPr>
          <w:p w14:paraId="0C140AD6" w14:textId="6833E6AC" w:rsidR="007C53DA" w:rsidRPr="00E97E87" w:rsidRDefault="00B8139A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Acollida</w:t>
            </w:r>
            <w:r w:rsidR="00000000" w:rsidRPr="00E97E87">
              <w:rPr>
                <w:rFonts w:ascii="Arial" w:hAnsi="Arial" w:cs="Arial"/>
                <w:sz w:val="17"/>
                <w:lang w:val="ca-ES"/>
              </w:rPr>
              <w:t xml:space="preserve"> grupal en Usos Múltiples de 9:00 a 9:50. </w:t>
            </w:r>
            <w:r w:rsidRPr="00E97E87">
              <w:rPr>
                <w:rFonts w:ascii="Arial" w:hAnsi="Arial" w:cs="Arial"/>
                <w:sz w:val="17"/>
                <w:lang w:val="ca-ES"/>
              </w:rPr>
              <w:t>Després</w:t>
            </w:r>
            <w:r w:rsidR="00000000" w:rsidRPr="00E97E87">
              <w:rPr>
                <w:rFonts w:ascii="Arial" w:hAnsi="Arial" w:cs="Arial"/>
                <w:sz w:val="17"/>
                <w:lang w:val="ca-ES"/>
              </w:rPr>
              <w:t xml:space="preserve">, </w:t>
            </w:r>
            <w:r w:rsidRPr="00E97E87">
              <w:rPr>
                <w:rFonts w:ascii="Arial" w:hAnsi="Arial" w:cs="Arial"/>
                <w:sz w:val="17"/>
                <w:lang w:val="ca-ES"/>
              </w:rPr>
              <w:t>amb</w:t>
            </w:r>
            <w:r w:rsidR="00000000" w:rsidRPr="00E97E87">
              <w:rPr>
                <w:rFonts w:ascii="Arial" w:hAnsi="Arial" w:cs="Arial"/>
                <w:sz w:val="17"/>
                <w:lang w:val="ca-ES"/>
              </w:rPr>
              <w:t xml:space="preserve"> tutor/a.</w:t>
            </w:r>
          </w:p>
        </w:tc>
      </w:tr>
      <w:tr w:rsidR="007C53DA" w:rsidRPr="00E97E87" w14:paraId="22073586" w14:textId="77777777" w:rsidTr="00182DA8">
        <w:trPr>
          <w:cantSplit/>
          <w:jc w:val="center"/>
        </w:trPr>
        <w:tc>
          <w:tcPr>
            <w:tcW w:w="1984" w:type="dxa"/>
            <w:vAlign w:val="center"/>
          </w:tcPr>
          <w:p w14:paraId="5BC8EB9E" w14:textId="77777777" w:rsidR="007C53DA" w:rsidRPr="00E97E87" w:rsidRDefault="00000000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7"/>
                <w:lang w:val="ca-ES"/>
              </w:rPr>
              <w:t>2.º ESO</w:t>
            </w:r>
          </w:p>
        </w:tc>
        <w:tc>
          <w:tcPr>
            <w:tcW w:w="1134" w:type="dxa"/>
            <w:vAlign w:val="center"/>
          </w:tcPr>
          <w:p w14:paraId="460404CF" w14:textId="77777777" w:rsidR="007C53DA" w:rsidRPr="00E97E87" w:rsidRDefault="00000000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10:00 h</w:t>
            </w:r>
          </w:p>
        </w:tc>
        <w:tc>
          <w:tcPr>
            <w:tcW w:w="1134" w:type="dxa"/>
            <w:vAlign w:val="center"/>
          </w:tcPr>
          <w:p w14:paraId="23394F12" w14:textId="77777777" w:rsidR="007C53DA" w:rsidRPr="00E97E87" w:rsidRDefault="00000000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12:00 h</w:t>
            </w:r>
          </w:p>
        </w:tc>
        <w:tc>
          <w:tcPr>
            <w:tcW w:w="5929" w:type="dxa"/>
            <w:vAlign w:val="center"/>
          </w:tcPr>
          <w:p w14:paraId="689B1F28" w14:textId="06922D17" w:rsidR="007C53DA" w:rsidRPr="00E97E87" w:rsidRDefault="00B8139A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Agrupament</w:t>
            </w:r>
            <w:r w:rsidR="00000000" w:rsidRPr="00E97E87">
              <w:rPr>
                <w:rFonts w:ascii="Arial" w:hAnsi="Arial" w:cs="Arial"/>
                <w:sz w:val="17"/>
                <w:lang w:val="ca-ES"/>
              </w:rPr>
              <w:t xml:space="preserve"> </w:t>
            </w:r>
            <w:r w:rsidRPr="00E97E87">
              <w:rPr>
                <w:rFonts w:ascii="Arial" w:hAnsi="Arial" w:cs="Arial"/>
                <w:sz w:val="17"/>
                <w:lang w:val="ca-ES"/>
              </w:rPr>
              <w:t xml:space="preserve">al </w:t>
            </w:r>
            <w:r w:rsidR="00000000" w:rsidRPr="00E97E87">
              <w:rPr>
                <w:rFonts w:ascii="Arial" w:hAnsi="Arial" w:cs="Arial"/>
                <w:sz w:val="17"/>
                <w:lang w:val="ca-ES"/>
              </w:rPr>
              <w:t xml:space="preserve">hall </w:t>
            </w:r>
            <w:r w:rsidR="004C0CDF" w:rsidRPr="00E97E87">
              <w:rPr>
                <w:rFonts w:ascii="Arial" w:hAnsi="Arial" w:cs="Arial"/>
                <w:sz w:val="17"/>
                <w:lang w:val="ca-ES"/>
              </w:rPr>
              <w:t>i</w:t>
            </w:r>
            <w:r w:rsidR="00000000" w:rsidRPr="00E97E87">
              <w:rPr>
                <w:rFonts w:ascii="Arial" w:hAnsi="Arial" w:cs="Arial"/>
                <w:sz w:val="17"/>
                <w:lang w:val="ca-ES"/>
              </w:rPr>
              <w:t xml:space="preserve"> posterior </w:t>
            </w:r>
            <w:r w:rsidR="004C0CDF" w:rsidRPr="00E97E87">
              <w:rPr>
                <w:rFonts w:ascii="Arial" w:hAnsi="Arial" w:cs="Arial"/>
                <w:sz w:val="17"/>
                <w:lang w:val="ca-ES"/>
              </w:rPr>
              <w:t>a</w:t>
            </w:r>
            <w:r w:rsidRPr="00E97E87">
              <w:rPr>
                <w:rFonts w:ascii="Arial" w:hAnsi="Arial" w:cs="Arial"/>
                <w:sz w:val="17"/>
                <w:lang w:val="ca-ES"/>
              </w:rPr>
              <w:t>collida</w:t>
            </w:r>
            <w:r w:rsidR="00000000" w:rsidRPr="00E97E87">
              <w:rPr>
                <w:rFonts w:ascii="Arial" w:hAnsi="Arial" w:cs="Arial"/>
                <w:sz w:val="17"/>
                <w:lang w:val="ca-ES"/>
              </w:rPr>
              <w:t xml:space="preserve"> </w:t>
            </w:r>
            <w:r w:rsidR="004C0CDF" w:rsidRPr="00E97E87">
              <w:rPr>
                <w:rFonts w:ascii="Arial" w:hAnsi="Arial" w:cs="Arial"/>
                <w:sz w:val="17"/>
                <w:lang w:val="ca-ES"/>
              </w:rPr>
              <w:t>amb el/la</w:t>
            </w:r>
            <w:r w:rsidR="00000000" w:rsidRPr="00E97E87">
              <w:rPr>
                <w:rFonts w:ascii="Arial" w:hAnsi="Arial" w:cs="Arial"/>
                <w:sz w:val="17"/>
                <w:lang w:val="ca-ES"/>
              </w:rPr>
              <w:t xml:space="preserve"> tutor/a.</w:t>
            </w:r>
          </w:p>
        </w:tc>
      </w:tr>
      <w:tr w:rsidR="007C53DA" w:rsidRPr="00E97E87" w14:paraId="0305464E" w14:textId="77777777" w:rsidTr="00182DA8">
        <w:trPr>
          <w:cantSplit/>
          <w:jc w:val="center"/>
        </w:trPr>
        <w:tc>
          <w:tcPr>
            <w:tcW w:w="1984" w:type="dxa"/>
            <w:vAlign w:val="center"/>
          </w:tcPr>
          <w:p w14:paraId="099D100D" w14:textId="77777777" w:rsidR="007C53DA" w:rsidRPr="00E97E87" w:rsidRDefault="00000000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7"/>
                <w:lang w:val="ca-ES"/>
              </w:rPr>
              <w:t>3.º ESO</w:t>
            </w:r>
          </w:p>
        </w:tc>
        <w:tc>
          <w:tcPr>
            <w:tcW w:w="1134" w:type="dxa"/>
            <w:vAlign w:val="center"/>
          </w:tcPr>
          <w:p w14:paraId="697D894E" w14:textId="77777777" w:rsidR="007C53DA" w:rsidRPr="00E97E87" w:rsidRDefault="00000000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10:30 h</w:t>
            </w:r>
          </w:p>
        </w:tc>
        <w:tc>
          <w:tcPr>
            <w:tcW w:w="1134" w:type="dxa"/>
            <w:vAlign w:val="center"/>
          </w:tcPr>
          <w:p w14:paraId="10095339" w14:textId="77777777" w:rsidR="007C53DA" w:rsidRPr="00E97E87" w:rsidRDefault="00000000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12:00 h</w:t>
            </w:r>
          </w:p>
        </w:tc>
        <w:tc>
          <w:tcPr>
            <w:tcW w:w="5929" w:type="dxa"/>
            <w:vAlign w:val="center"/>
          </w:tcPr>
          <w:p w14:paraId="50CA7C09" w14:textId="37DAB2D9" w:rsidR="007C53DA" w:rsidRPr="00E97E87" w:rsidRDefault="00B8139A" w:rsidP="00182DA8">
            <w:pPr>
              <w:spacing w:line="360" w:lineRule="auto"/>
              <w:rPr>
                <w:rFonts w:ascii="Arial" w:hAnsi="Arial" w:cs="Arial"/>
                <w:sz w:val="17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Agrupament</w:t>
            </w:r>
            <w:r w:rsidR="00000000" w:rsidRPr="00E97E87">
              <w:rPr>
                <w:rFonts w:ascii="Arial" w:hAnsi="Arial" w:cs="Arial"/>
                <w:sz w:val="17"/>
                <w:lang w:val="ca-ES"/>
              </w:rPr>
              <w:t xml:space="preserve"> </w:t>
            </w:r>
            <w:r w:rsidRPr="00E97E87">
              <w:rPr>
                <w:rFonts w:ascii="Arial" w:hAnsi="Arial" w:cs="Arial"/>
                <w:sz w:val="17"/>
                <w:lang w:val="ca-ES"/>
              </w:rPr>
              <w:t>a</w:t>
            </w:r>
            <w:r w:rsidR="00000000" w:rsidRPr="00E97E87">
              <w:rPr>
                <w:rFonts w:ascii="Arial" w:hAnsi="Arial" w:cs="Arial"/>
                <w:sz w:val="17"/>
                <w:lang w:val="ca-ES"/>
              </w:rPr>
              <w:t xml:space="preserve">l hall </w:t>
            </w:r>
            <w:r w:rsidR="004C0CDF" w:rsidRPr="00E97E87">
              <w:rPr>
                <w:rFonts w:ascii="Arial" w:hAnsi="Arial" w:cs="Arial"/>
                <w:sz w:val="17"/>
                <w:lang w:val="ca-ES"/>
              </w:rPr>
              <w:t>i</w:t>
            </w:r>
            <w:r w:rsidR="00000000" w:rsidRPr="00E97E87">
              <w:rPr>
                <w:rFonts w:ascii="Arial" w:hAnsi="Arial" w:cs="Arial"/>
                <w:sz w:val="17"/>
                <w:lang w:val="ca-ES"/>
              </w:rPr>
              <w:t xml:space="preserve"> posterior </w:t>
            </w:r>
            <w:r w:rsidR="004C0CDF" w:rsidRPr="00E97E87">
              <w:rPr>
                <w:rFonts w:ascii="Arial" w:hAnsi="Arial" w:cs="Arial"/>
                <w:sz w:val="17"/>
                <w:lang w:val="ca-ES"/>
              </w:rPr>
              <w:t>a</w:t>
            </w:r>
            <w:r w:rsidRPr="00E97E87">
              <w:rPr>
                <w:rFonts w:ascii="Arial" w:hAnsi="Arial" w:cs="Arial"/>
                <w:sz w:val="17"/>
                <w:lang w:val="ca-ES"/>
              </w:rPr>
              <w:t>collida</w:t>
            </w:r>
            <w:r w:rsidR="00000000" w:rsidRPr="00E97E87">
              <w:rPr>
                <w:rFonts w:ascii="Arial" w:hAnsi="Arial" w:cs="Arial"/>
                <w:sz w:val="17"/>
                <w:lang w:val="ca-ES"/>
              </w:rPr>
              <w:t xml:space="preserve"> </w:t>
            </w:r>
            <w:r w:rsidR="004C0CDF" w:rsidRPr="00E97E87">
              <w:rPr>
                <w:rFonts w:ascii="Arial" w:hAnsi="Arial" w:cs="Arial"/>
                <w:sz w:val="17"/>
                <w:lang w:val="ca-ES"/>
              </w:rPr>
              <w:t>amb el/la tutor/a.</w:t>
            </w:r>
          </w:p>
        </w:tc>
      </w:tr>
      <w:tr w:rsidR="007C53DA" w:rsidRPr="00E97E87" w14:paraId="69620560" w14:textId="77777777" w:rsidTr="00182DA8">
        <w:trPr>
          <w:cantSplit/>
          <w:jc w:val="center"/>
        </w:trPr>
        <w:tc>
          <w:tcPr>
            <w:tcW w:w="1984" w:type="dxa"/>
            <w:vAlign w:val="center"/>
          </w:tcPr>
          <w:p w14:paraId="7C66DA6D" w14:textId="77777777" w:rsidR="007C53DA" w:rsidRPr="00E97E87" w:rsidRDefault="00000000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7"/>
                <w:lang w:val="ca-ES"/>
              </w:rPr>
              <w:t>4.º ESO</w:t>
            </w:r>
          </w:p>
        </w:tc>
        <w:tc>
          <w:tcPr>
            <w:tcW w:w="1134" w:type="dxa"/>
            <w:vAlign w:val="center"/>
          </w:tcPr>
          <w:p w14:paraId="10D67B5E" w14:textId="77777777" w:rsidR="007C53DA" w:rsidRPr="00E97E87" w:rsidRDefault="00000000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11:00 h</w:t>
            </w:r>
          </w:p>
        </w:tc>
        <w:tc>
          <w:tcPr>
            <w:tcW w:w="1134" w:type="dxa"/>
            <w:vAlign w:val="center"/>
          </w:tcPr>
          <w:p w14:paraId="0F47819E" w14:textId="77777777" w:rsidR="007C53DA" w:rsidRPr="00E97E87" w:rsidRDefault="00000000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12:00 h</w:t>
            </w:r>
          </w:p>
        </w:tc>
        <w:tc>
          <w:tcPr>
            <w:tcW w:w="5929" w:type="dxa"/>
            <w:vAlign w:val="center"/>
          </w:tcPr>
          <w:p w14:paraId="45445447" w14:textId="564DADCA" w:rsidR="007C53DA" w:rsidRPr="00E97E87" w:rsidRDefault="00B8139A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Agrupament</w:t>
            </w:r>
            <w:r w:rsidR="00000000" w:rsidRPr="00E97E87">
              <w:rPr>
                <w:rFonts w:ascii="Arial" w:hAnsi="Arial" w:cs="Arial"/>
                <w:sz w:val="17"/>
                <w:lang w:val="ca-ES"/>
              </w:rPr>
              <w:t xml:space="preserve"> </w:t>
            </w:r>
            <w:r w:rsidRPr="00E97E87">
              <w:rPr>
                <w:rFonts w:ascii="Arial" w:hAnsi="Arial" w:cs="Arial"/>
                <w:sz w:val="17"/>
                <w:lang w:val="ca-ES"/>
              </w:rPr>
              <w:t>a</w:t>
            </w:r>
            <w:r w:rsidR="00000000" w:rsidRPr="00E97E87">
              <w:rPr>
                <w:rFonts w:ascii="Arial" w:hAnsi="Arial" w:cs="Arial"/>
                <w:sz w:val="17"/>
                <w:lang w:val="ca-ES"/>
              </w:rPr>
              <w:t xml:space="preserve">l hall </w:t>
            </w:r>
            <w:r w:rsidR="004C0CDF" w:rsidRPr="00E97E87">
              <w:rPr>
                <w:rFonts w:ascii="Arial" w:hAnsi="Arial" w:cs="Arial"/>
                <w:sz w:val="17"/>
                <w:lang w:val="ca-ES"/>
              </w:rPr>
              <w:t>i</w:t>
            </w:r>
            <w:r w:rsidR="00000000" w:rsidRPr="00E97E87">
              <w:rPr>
                <w:rFonts w:ascii="Arial" w:hAnsi="Arial" w:cs="Arial"/>
                <w:sz w:val="17"/>
                <w:lang w:val="ca-ES"/>
              </w:rPr>
              <w:t xml:space="preserve"> posterior </w:t>
            </w:r>
            <w:r w:rsidR="004C0CDF" w:rsidRPr="00E97E87">
              <w:rPr>
                <w:rFonts w:ascii="Arial" w:hAnsi="Arial" w:cs="Arial"/>
                <w:sz w:val="17"/>
                <w:lang w:val="ca-ES"/>
              </w:rPr>
              <w:t>a</w:t>
            </w:r>
            <w:r w:rsidRPr="00E97E87">
              <w:rPr>
                <w:rFonts w:ascii="Arial" w:hAnsi="Arial" w:cs="Arial"/>
                <w:sz w:val="17"/>
                <w:lang w:val="ca-ES"/>
              </w:rPr>
              <w:t>collida</w:t>
            </w:r>
            <w:r w:rsidR="00000000" w:rsidRPr="00E97E87">
              <w:rPr>
                <w:rFonts w:ascii="Arial" w:hAnsi="Arial" w:cs="Arial"/>
                <w:sz w:val="17"/>
                <w:lang w:val="ca-ES"/>
              </w:rPr>
              <w:t xml:space="preserve"> </w:t>
            </w:r>
            <w:r w:rsidR="004C0CDF" w:rsidRPr="00E97E87">
              <w:rPr>
                <w:rFonts w:ascii="Arial" w:hAnsi="Arial" w:cs="Arial"/>
                <w:sz w:val="17"/>
                <w:lang w:val="ca-ES"/>
              </w:rPr>
              <w:t>amb el/la tutor/a.</w:t>
            </w:r>
          </w:p>
        </w:tc>
      </w:tr>
      <w:tr w:rsidR="007C53DA" w:rsidRPr="00E97E87" w14:paraId="36A5EB32" w14:textId="77777777" w:rsidTr="00182DA8">
        <w:trPr>
          <w:cantSplit/>
          <w:jc w:val="center"/>
        </w:trPr>
        <w:tc>
          <w:tcPr>
            <w:tcW w:w="1984" w:type="dxa"/>
            <w:vAlign w:val="center"/>
          </w:tcPr>
          <w:p w14:paraId="70752F0E" w14:textId="6EAA5522" w:rsidR="007C53DA" w:rsidRPr="00E97E87" w:rsidRDefault="00000000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7"/>
                <w:lang w:val="ca-ES"/>
              </w:rPr>
              <w:t xml:space="preserve">1.º </w:t>
            </w:r>
            <w:r w:rsidR="00B8139A" w:rsidRPr="00E97E87">
              <w:rPr>
                <w:rFonts w:ascii="Arial" w:hAnsi="Arial" w:cs="Arial"/>
                <w:b/>
                <w:sz w:val="17"/>
                <w:lang w:val="ca-ES"/>
              </w:rPr>
              <w:t>Batxillerat</w:t>
            </w:r>
          </w:p>
        </w:tc>
        <w:tc>
          <w:tcPr>
            <w:tcW w:w="1134" w:type="dxa"/>
            <w:vAlign w:val="center"/>
          </w:tcPr>
          <w:p w14:paraId="5A9B1D9A" w14:textId="77777777" w:rsidR="007C53DA" w:rsidRPr="00E97E87" w:rsidRDefault="00000000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12:00 h</w:t>
            </w:r>
          </w:p>
        </w:tc>
        <w:tc>
          <w:tcPr>
            <w:tcW w:w="1134" w:type="dxa"/>
            <w:vAlign w:val="center"/>
          </w:tcPr>
          <w:p w14:paraId="0BCB7DFB" w14:textId="77777777" w:rsidR="007C53DA" w:rsidRPr="00E97E87" w:rsidRDefault="00000000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13:00 h</w:t>
            </w:r>
          </w:p>
        </w:tc>
        <w:tc>
          <w:tcPr>
            <w:tcW w:w="5929" w:type="dxa"/>
            <w:vAlign w:val="center"/>
          </w:tcPr>
          <w:p w14:paraId="18ACC247" w14:textId="4BC556C3" w:rsidR="007C53DA" w:rsidRPr="00E97E87" w:rsidRDefault="00B8139A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Acollida</w:t>
            </w:r>
            <w:r w:rsidR="00000000" w:rsidRPr="00E97E87">
              <w:rPr>
                <w:rFonts w:ascii="Arial" w:hAnsi="Arial" w:cs="Arial"/>
                <w:sz w:val="17"/>
                <w:lang w:val="ca-ES"/>
              </w:rPr>
              <w:t xml:space="preserve"> grupal </w:t>
            </w:r>
            <w:r w:rsidRPr="00E97E87">
              <w:rPr>
                <w:rFonts w:ascii="Arial" w:hAnsi="Arial" w:cs="Arial"/>
                <w:sz w:val="17"/>
                <w:lang w:val="ca-ES"/>
              </w:rPr>
              <w:t>e</w:t>
            </w:r>
            <w:r w:rsidR="00000000" w:rsidRPr="00E97E87">
              <w:rPr>
                <w:rFonts w:ascii="Arial" w:hAnsi="Arial" w:cs="Arial"/>
                <w:sz w:val="17"/>
                <w:lang w:val="ca-ES"/>
              </w:rPr>
              <w:t>n Usos Múltiples. A l</w:t>
            </w:r>
            <w:r w:rsidR="00E97E87">
              <w:rPr>
                <w:rFonts w:ascii="Arial" w:hAnsi="Arial" w:cs="Arial"/>
                <w:sz w:val="17"/>
                <w:lang w:val="ca-ES"/>
              </w:rPr>
              <w:t>e</w:t>
            </w:r>
            <w:r w:rsidR="00000000" w:rsidRPr="00E97E87">
              <w:rPr>
                <w:rFonts w:ascii="Arial" w:hAnsi="Arial" w:cs="Arial"/>
                <w:sz w:val="17"/>
                <w:lang w:val="ca-ES"/>
              </w:rPr>
              <w:t>s 12:45 h, pas</w:t>
            </w:r>
            <w:r w:rsidR="004C0CDF" w:rsidRPr="00E97E87">
              <w:rPr>
                <w:rFonts w:ascii="Arial" w:hAnsi="Arial" w:cs="Arial"/>
                <w:sz w:val="17"/>
                <w:lang w:val="ca-ES"/>
              </w:rPr>
              <w:t>s</w:t>
            </w:r>
            <w:r w:rsidR="00000000" w:rsidRPr="00E97E87">
              <w:rPr>
                <w:rFonts w:ascii="Arial" w:hAnsi="Arial" w:cs="Arial"/>
                <w:sz w:val="17"/>
                <w:lang w:val="ca-ES"/>
              </w:rPr>
              <w:t xml:space="preserve">a al aula </w:t>
            </w:r>
            <w:r w:rsidR="006D212A" w:rsidRPr="00E97E87">
              <w:rPr>
                <w:rFonts w:ascii="Arial" w:hAnsi="Arial" w:cs="Arial"/>
                <w:sz w:val="17"/>
                <w:lang w:val="ca-ES"/>
              </w:rPr>
              <w:t>assignada</w:t>
            </w:r>
            <w:r w:rsidR="00000000" w:rsidRPr="00E97E87">
              <w:rPr>
                <w:rFonts w:ascii="Arial" w:hAnsi="Arial" w:cs="Arial"/>
                <w:sz w:val="17"/>
                <w:lang w:val="ca-ES"/>
              </w:rPr>
              <w:t>.</w:t>
            </w:r>
          </w:p>
        </w:tc>
      </w:tr>
      <w:tr w:rsidR="007C53DA" w:rsidRPr="00E97E87" w14:paraId="56A9CB83" w14:textId="77777777" w:rsidTr="00182DA8">
        <w:trPr>
          <w:cantSplit/>
          <w:jc w:val="center"/>
        </w:trPr>
        <w:tc>
          <w:tcPr>
            <w:tcW w:w="1984" w:type="dxa"/>
            <w:vAlign w:val="center"/>
          </w:tcPr>
          <w:p w14:paraId="163CA8FF" w14:textId="2CF3EEAA" w:rsidR="007C53DA" w:rsidRPr="00E97E87" w:rsidRDefault="00000000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7"/>
                <w:lang w:val="ca-ES"/>
              </w:rPr>
              <w:t xml:space="preserve">2.º </w:t>
            </w:r>
            <w:r w:rsidR="00B8139A" w:rsidRPr="00E97E87">
              <w:rPr>
                <w:rFonts w:ascii="Arial" w:hAnsi="Arial" w:cs="Arial"/>
                <w:b/>
                <w:sz w:val="17"/>
                <w:lang w:val="ca-ES"/>
              </w:rPr>
              <w:t>Batxillerat</w:t>
            </w:r>
          </w:p>
        </w:tc>
        <w:tc>
          <w:tcPr>
            <w:tcW w:w="1134" w:type="dxa"/>
            <w:vAlign w:val="center"/>
          </w:tcPr>
          <w:p w14:paraId="302BEB38" w14:textId="77777777" w:rsidR="007C53DA" w:rsidRPr="00E97E87" w:rsidRDefault="00000000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12:00 h</w:t>
            </w:r>
          </w:p>
        </w:tc>
        <w:tc>
          <w:tcPr>
            <w:tcW w:w="1134" w:type="dxa"/>
            <w:vAlign w:val="center"/>
          </w:tcPr>
          <w:p w14:paraId="1FEBA01B" w14:textId="77777777" w:rsidR="007C53DA" w:rsidRPr="00E97E87" w:rsidRDefault="00000000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13:00 h</w:t>
            </w:r>
          </w:p>
        </w:tc>
        <w:tc>
          <w:tcPr>
            <w:tcW w:w="5929" w:type="dxa"/>
            <w:vAlign w:val="center"/>
          </w:tcPr>
          <w:p w14:paraId="2D6A00B4" w14:textId="0F3F63C2" w:rsidR="007C53DA" w:rsidRPr="00E97E87" w:rsidRDefault="00B8139A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Acollida</w:t>
            </w:r>
            <w:r w:rsidR="00000000" w:rsidRPr="00E97E87">
              <w:rPr>
                <w:rFonts w:ascii="Arial" w:hAnsi="Arial" w:cs="Arial"/>
                <w:sz w:val="17"/>
                <w:lang w:val="ca-ES"/>
              </w:rPr>
              <w:t xml:space="preserve"> grupal en Usos Múltiples. A l</w:t>
            </w:r>
            <w:r w:rsidR="00E97E87">
              <w:rPr>
                <w:rFonts w:ascii="Arial" w:hAnsi="Arial" w:cs="Arial"/>
                <w:sz w:val="17"/>
                <w:lang w:val="ca-ES"/>
              </w:rPr>
              <w:t>e</w:t>
            </w:r>
            <w:r w:rsidR="00000000" w:rsidRPr="00E97E87">
              <w:rPr>
                <w:rFonts w:ascii="Arial" w:hAnsi="Arial" w:cs="Arial"/>
                <w:sz w:val="17"/>
                <w:lang w:val="ca-ES"/>
              </w:rPr>
              <w:t>s 12:45 h, pas</w:t>
            </w:r>
            <w:r w:rsidR="004C0CDF" w:rsidRPr="00E97E87">
              <w:rPr>
                <w:rFonts w:ascii="Arial" w:hAnsi="Arial" w:cs="Arial"/>
                <w:sz w:val="17"/>
                <w:lang w:val="ca-ES"/>
              </w:rPr>
              <w:t>s</w:t>
            </w:r>
            <w:r w:rsidR="00000000" w:rsidRPr="00E97E87">
              <w:rPr>
                <w:rFonts w:ascii="Arial" w:hAnsi="Arial" w:cs="Arial"/>
                <w:sz w:val="17"/>
                <w:lang w:val="ca-ES"/>
              </w:rPr>
              <w:t xml:space="preserve">a al aula </w:t>
            </w:r>
            <w:r w:rsidR="006D212A" w:rsidRPr="00E97E87">
              <w:rPr>
                <w:rFonts w:ascii="Arial" w:hAnsi="Arial" w:cs="Arial"/>
                <w:sz w:val="17"/>
                <w:lang w:val="ca-ES"/>
              </w:rPr>
              <w:t>assignada</w:t>
            </w:r>
            <w:r w:rsidR="00000000" w:rsidRPr="00E97E87">
              <w:rPr>
                <w:rFonts w:ascii="Arial" w:hAnsi="Arial" w:cs="Arial"/>
                <w:sz w:val="17"/>
                <w:lang w:val="ca-ES"/>
              </w:rPr>
              <w:t>.</w:t>
            </w:r>
          </w:p>
        </w:tc>
      </w:tr>
    </w:tbl>
    <w:p w14:paraId="301C1783" w14:textId="77777777" w:rsidR="00182DA8" w:rsidRPr="00E97E87" w:rsidRDefault="00182DA8" w:rsidP="00182DA8">
      <w:pPr>
        <w:spacing w:before="140" w:after="60" w:line="360" w:lineRule="auto"/>
        <w:rPr>
          <w:rFonts w:ascii="Arial" w:hAnsi="Arial" w:cs="Arial"/>
          <w:b/>
          <w:sz w:val="24"/>
          <w:lang w:val="ca-ES"/>
        </w:rPr>
      </w:pPr>
    </w:p>
    <w:p w14:paraId="628645B4" w14:textId="43B2B171" w:rsidR="00B8139A" w:rsidRPr="00E97E87" w:rsidRDefault="00B8139A" w:rsidP="00B8139A">
      <w:pPr>
        <w:spacing w:before="140" w:after="60" w:line="360" w:lineRule="auto"/>
        <w:rPr>
          <w:rFonts w:ascii="Arial" w:hAnsi="Arial" w:cs="Arial"/>
          <w:lang w:val="ca-ES"/>
        </w:rPr>
      </w:pPr>
      <w:r w:rsidRPr="00E97E87">
        <w:rPr>
          <w:rFonts w:ascii="Arial" w:hAnsi="Arial" w:cs="Arial"/>
          <w:b/>
          <w:sz w:val="24"/>
          <w:lang w:val="ca-ES"/>
        </w:rPr>
        <w:t xml:space="preserve">Dimecres, 9 de setembre — </w:t>
      </w:r>
      <w:r w:rsidRPr="00E97E87">
        <w:rPr>
          <w:rFonts w:ascii="Arial" w:hAnsi="Arial" w:cs="Arial"/>
          <w:b/>
          <w:sz w:val="24"/>
          <w:lang w:val="ca-ES"/>
        </w:rPr>
        <w:t>Cicles Formatius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1134"/>
        <w:gridCol w:w="5669"/>
      </w:tblGrid>
      <w:tr w:rsidR="00182DA8" w:rsidRPr="00E97E87" w14:paraId="5A564919" w14:textId="77777777">
        <w:trPr>
          <w:jc w:val="center"/>
        </w:trPr>
        <w:tc>
          <w:tcPr>
            <w:tcW w:w="1984" w:type="dxa"/>
            <w:shd w:val="clear" w:color="auto" w:fill="EDEDED"/>
            <w:vAlign w:val="center"/>
          </w:tcPr>
          <w:p w14:paraId="23CE5A76" w14:textId="19BA22F9" w:rsidR="00182DA8" w:rsidRPr="00E97E87" w:rsidRDefault="00B8139A" w:rsidP="00182DA8">
            <w:pPr>
              <w:spacing w:line="360" w:lineRule="auto"/>
              <w:jc w:val="center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8"/>
                <w:lang w:val="ca-ES"/>
              </w:rPr>
              <w:t>Nivell</w:t>
            </w:r>
          </w:p>
        </w:tc>
        <w:tc>
          <w:tcPr>
            <w:tcW w:w="1134" w:type="dxa"/>
            <w:shd w:val="clear" w:color="auto" w:fill="EDEDED"/>
            <w:vAlign w:val="center"/>
          </w:tcPr>
          <w:p w14:paraId="3E712EDE" w14:textId="1CCF81CA" w:rsidR="00182DA8" w:rsidRPr="00E97E87" w:rsidRDefault="00B8139A" w:rsidP="00182DA8">
            <w:pPr>
              <w:spacing w:line="360" w:lineRule="auto"/>
              <w:jc w:val="center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8"/>
                <w:lang w:val="ca-ES"/>
              </w:rPr>
              <w:t>Inici</w:t>
            </w:r>
          </w:p>
        </w:tc>
        <w:tc>
          <w:tcPr>
            <w:tcW w:w="5669" w:type="dxa"/>
            <w:shd w:val="clear" w:color="auto" w:fill="EDEDED"/>
            <w:vAlign w:val="center"/>
          </w:tcPr>
          <w:p w14:paraId="3BA8EB43" w14:textId="5C1795E6" w:rsidR="00182DA8" w:rsidRPr="00E97E87" w:rsidRDefault="00B8139A" w:rsidP="00182DA8">
            <w:pPr>
              <w:spacing w:line="360" w:lineRule="auto"/>
              <w:jc w:val="center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8"/>
                <w:lang w:val="ca-ES"/>
              </w:rPr>
              <w:t>Lloc / indicacions</w:t>
            </w:r>
          </w:p>
        </w:tc>
      </w:tr>
      <w:tr w:rsidR="00741B8C" w:rsidRPr="00E97E87" w14:paraId="0760A294" w14:textId="77777777">
        <w:trPr>
          <w:cantSplit/>
          <w:jc w:val="center"/>
        </w:trPr>
        <w:tc>
          <w:tcPr>
            <w:tcW w:w="1984" w:type="dxa"/>
            <w:vAlign w:val="center"/>
          </w:tcPr>
          <w:p w14:paraId="3B3F232B" w14:textId="064B6DFE" w:rsidR="00741B8C" w:rsidRPr="00E97E87" w:rsidRDefault="00741B8C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7"/>
                <w:lang w:val="ca-ES"/>
              </w:rPr>
              <w:t>2.º Cicles — matí</w:t>
            </w:r>
          </w:p>
        </w:tc>
        <w:tc>
          <w:tcPr>
            <w:tcW w:w="1134" w:type="dxa"/>
            <w:vAlign w:val="center"/>
          </w:tcPr>
          <w:p w14:paraId="0034EF5C" w14:textId="77777777" w:rsidR="00741B8C" w:rsidRPr="00E97E87" w:rsidRDefault="00741B8C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10:00 h</w:t>
            </w:r>
          </w:p>
        </w:tc>
        <w:tc>
          <w:tcPr>
            <w:tcW w:w="5669" w:type="dxa"/>
            <w:vMerge w:val="restart"/>
            <w:vAlign w:val="center"/>
          </w:tcPr>
          <w:p w14:paraId="6E2B1F67" w14:textId="7012DFBF" w:rsidR="00741B8C" w:rsidRPr="00E97E87" w:rsidRDefault="00741B8C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Acollida grupal en Usos Múltiples i posteriorment a l’aula assignada (veure llista més avall).</w:t>
            </w:r>
          </w:p>
        </w:tc>
      </w:tr>
      <w:tr w:rsidR="00741B8C" w:rsidRPr="00E97E87" w14:paraId="31BBE678" w14:textId="77777777">
        <w:trPr>
          <w:cantSplit/>
          <w:jc w:val="center"/>
        </w:trPr>
        <w:tc>
          <w:tcPr>
            <w:tcW w:w="1984" w:type="dxa"/>
            <w:vAlign w:val="center"/>
          </w:tcPr>
          <w:p w14:paraId="2149CF2D" w14:textId="5F551C9B" w:rsidR="00741B8C" w:rsidRPr="00E97E87" w:rsidRDefault="00741B8C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7"/>
                <w:lang w:val="ca-ES"/>
              </w:rPr>
              <w:t>1.º Cicles — matí</w:t>
            </w:r>
          </w:p>
        </w:tc>
        <w:tc>
          <w:tcPr>
            <w:tcW w:w="1134" w:type="dxa"/>
            <w:vAlign w:val="center"/>
          </w:tcPr>
          <w:p w14:paraId="279DA8CC" w14:textId="77777777" w:rsidR="00741B8C" w:rsidRPr="00E97E87" w:rsidRDefault="00741B8C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11:00 h</w:t>
            </w:r>
          </w:p>
        </w:tc>
        <w:tc>
          <w:tcPr>
            <w:tcW w:w="5669" w:type="dxa"/>
            <w:vMerge/>
            <w:vAlign w:val="center"/>
          </w:tcPr>
          <w:p w14:paraId="404BA9BF" w14:textId="5F9E4D77" w:rsidR="00741B8C" w:rsidRPr="00E97E87" w:rsidRDefault="00741B8C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</w:tr>
      <w:tr w:rsidR="00741B8C" w:rsidRPr="00E97E87" w14:paraId="40D80869" w14:textId="77777777">
        <w:trPr>
          <w:cantSplit/>
          <w:jc w:val="center"/>
        </w:trPr>
        <w:tc>
          <w:tcPr>
            <w:tcW w:w="1984" w:type="dxa"/>
            <w:vAlign w:val="center"/>
          </w:tcPr>
          <w:p w14:paraId="10855A85" w14:textId="68C99F43" w:rsidR="00741B8C" w:rsidRPr="00E97E87" w:rsidRDefault="00741B8C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7"/>
                <w:lang w:val="ca-ES"/>
              </w:rPr>
              <w:t>2.º Cicles — vesprada</w:t>
            </w:r>
          </w:p>
        </w:tc>
        <w:tc>
          <w:tcPr>
            <w:tcW w:w="1134" w:type="dxa"/>
            <w:vAlign w:val="center"/>
          </w:tcPr>
          <w:p w14:paraId="66EE5A62" w14:textId="77777777" w:rsidR="00741B8C" w:rsidRPr="00E97E87" w:rsidRDefault="00741B8C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16:00 h</w:t>
            </w:r>
          </w:p>
        </w:tc>
        <w:tc>
          <w:tcPr>
            <w:tcW w:w="5669" w:type="dxa"/>
            <w:vMerge/>
            <w:vAlign w:val="center"/>
          </w:tcPr>
          <w:p w14:paraId="7E7A9CA3" w14:textId="570EB76E" w:rsidR="00741B8C" w:rsidRPr="00E97E87" w:rsidRDefault="00741B8C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</w:tr>
      <w:tr w:rsidR="00741B8C" w:rsidRPr="00E97E87" w14:paraId="5722BD4D" w14:textId="77777777">
        <w:trPr>
          <w:cantSplit/>
          <w:jc w:val="center"/>
        </w:trPr>
        <w:tc>
          <w:tcPr>
            <w:tcW w:w="1984" w:type="dxa"/>
            <w:vAlign w:val="center"/>
          </w:tcPr>
          <w:p w14:paraId="3AC76CE7" w14:textId="1F28E51F" w:rsidR="00741B8C" w:rsidRPr="00E97E87" w:rsidRDefault="00741B8C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7"/>
                <w:lang w:val="ca-ES"/>
              </w:rPr>
              <w:t>1.º Cicles — vesprada</w:t>
            </w:r>
          </w:p>
        </w:tc>
        <w:tc>
          <w:tcPr>
            <w:tcW w:w="1134" w:type="dxa"/>
            <w:vAlign w:val="center"/>
          </w:tcPr>
          <w:p w14:paraId="0FA99BB5" w14:textId="77777777" w:rsidR="00741B8C" w:rsidRPr="00E97E87" w:rsidRDefault="00741B8C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17:00 h</w:t>
            </w:r>
          </w:p>
        </w:tc>
        <w:tc>
          <w:tcPr>
            <w:tcW w:w="5669" w:type="dxa"/>
            <w:vMerge/>
            <w:vAlign w:val="center"/>
          </w:tcPr>
          <w:p w14:paraId="0D3C234B" w14:textId="6A9FD1B2" w:rsidR="00741B8C" w:rsidRPr="00E97E87" w:rsidRDefault="00741B8C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</w:tr>
    </w:tbl>
    <w:p w14:paraId="75040252" w14:textId="77777777" w:rsidR="00182DA8" w:rsidRPr="00E97E87" w:rsidRDefault="00182DA8" w:rsidP="00182DA8">
      <w:pPr>
        <w:spacing w:before="140" w:after="60" w:line="360" w:lineRule="auto"/>
        <w:rPr>
          <w:rFonts w:ascii="Arial" w:hAnsi="Arial" w:cs="Arial"/>
          <w:b/>
          <w:sz w:val="24"/>
          <w:lang w:val="ca-ES"/>
        </w:rPr>
      </w:pPr>
    </w:p>
    <w:p w14:paraId="6AC510A1" w14:textId="3072B435" w:rsidR="007C53DA" w:rsidRPr="00E97E87" w:rsidRDefault="00B8139A" w:rsidP="00182DA8">
      <w:pPr>
        <w:spacing w:before="140" w:after="60" w:line="360" w:lineRule="auto"/>
        <w:rPr>
          <w:rFonts w:ascii="Arial" w:hAnsi="Arial" w:cs="Arial"/>
          <w:lang w:val="ca-ES"/>
        </w:rPr>
      </w:pPr>
      <w:r w:rsidRPr="00E97E87">
        <w:rPr>
          <w:rFonts w:ascii="Arial" w:hAnsi="Arial" w:cs="Arial"/>
          <w:b/>
          <w:sz w:val="24"/>
          <w:lang w:val="ca-ES"/>
        </w:rPr>
        <w:t>Dijous</w:t>
      </w:r>
      <w:r w:rsidR="00000000" w:rsidRPr="00E97E87">
        <w:rPr>
          <w:rFonts w:ascii="Arial" w:hAnsi="Arial" w:cs="Arial"/>
          <w:b/>
          <w:sz w:val="24"/>
          <w:lang w:val="ca-ES"/>
        </w:rPr>
        <w:t xml:space="preserve">, 17 de </w:t>
      </w:r>
      <w:r w:rsidRPr="00E97E87">
        <w:rPr>
          <w:rFonts w:ascii="Arial" w:hAnsi="Arial" w:cs="Arial"/>
          <w:b/>
          <w:sz w:val="24"/>
          <w:lang w:val="ca-ES"/>
        </w:rPr>
        <w:t>setembre</w:t>
      </w:r>
      <w:r w:rsidR="00000000" w:rsidRPr="00E97E87">
        <w:rPr>
          <w:rFonts w:ascii="Arial" w:hAnsi="Arial" w:cs="Arial"/>
          <w:b/>
          <w:sz w:val="24"/>
          <w:lang w:val="ca-ES"/>
        </w:rPr>
        <w:t xml:space="preserve"> — </w:t>
      </w:r>
      <w:proofErr w:type="spellStart"/>
      <w:r w:rsidR="00000000" w:rsidRPr="00E97E87">
        <w:rPr>
          <w:rFonts w:ascii="Arial" w:hAnsi="Arial" w:cs="Arial"/>
          <w:b/>
          <w:sz w:val="24"/>
          <w:lang w:val="ca-ES"/>
        </w:rPr>
        <w:t>Semipresencial</w:t>
      </w:r>
      <w:proofErr w:type="spellEnd"/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1134"/>
        <w:gridCol w:w="5669"/>
      </w:tblGrid>
      <w:tr w:rsidR="00182DA8" w:rsidRPr="00E97E87" w14:paraId="603D35FF" w14:textId="77777777">
        <w:trPr>
          <w:jc w:val="center"/>
        </w:trPr>
        <w:tc>
          <w:tcPr>
            <w:tcW w:w="1984" w:type="dxa"/>
            <w:shd w:val="clear" w:color="auto" w:fill="EDEDED"/>
            <w:vAlign w:val="center"/>
          </w:tcPr>
          <w:p w14:paraId="251BF2A4" w14:textId="67DB0B2A" w:rsidR="00182DA8" w:rsidRPr="00E97E87" w:rsidRDefault="00B8139A" w:rsidP="00182DA8">
            <w:pPr>
              <w:spacing w:line="360" w:lineRule="auto"/>
              <w:jc w:val="center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8"/>
                <w:lang w:val="ca-ES"/>
              </w:rPr>
              <w:t>Nivell</w:t>
            </w:r>
          </w:p>
        </w:tc>
        <w:tc>
          <w:tcPr>
            <w:tcW w:w="1134" w:type="dxa"/>
            <w:shd w:val="clear" w:color="auto" w:fill="EDEDED"/>
            <w:vAlign w:val="center"/>
          </w:tcPr>
          <w:p w14:paraId="3C3844B0" w14:textId="6DA8C93A" w:rsidR="00182DA8" w:rsidRPr="00E97E87" w:rsidRDefault="00B8139A" w:rsidP="00182DA8">
            <w:pPr>
              <w:spacing w:line="360" w:lineRule="auto"/>
              <w:jc w:val="center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8"/>
                <w:lang w:val="ca-ES"/>
              </w:rPr>
              <w:t>Inici</w:t>
            </w:r>
          </w:p>
        </w:tc>
        <w:tc>
          <w:tcPr>
            <w:tcW w:w="5669" w:type="dxa"/>
            <w:shd w:val="clear" w:color="auto" w:fill="EDEDED"/>
            <w:vAlign w:val="center"/>
          </w:tcPr>
          <w:p w14:paraId="55ACC638" w14:textId="6480F6BB" w:rsidR="00182DA8" w:rsidRPr="00E97E87" w:rsidRDefault="00B8139A" w:rsidP="00182DA8">
            <w:pPr>
              <w:spacing w:line="360" w:lineRule="auto"/>
              <w:jc w:val="center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8"/>
                <w:lang w:val="ca-ES"/>
              </w:rPr>
              <w:t>Lloc / indicacions</w:t>
            </w:r>
          </w:p>
        </w:tc>
      </w:tr>
      <w:tr w:rsidR="00545FF3" w:rsidRPr="00E97E87" w14:paraId="65B69D42" w14:textId="77777777">
        <w:trPr>
          <w:cantSplit/>
          <w:jc w:val="center"/>
        </w:trPr>
        <w:tc>
          <w:tcPr>
            <w:tcW w:w="1984" w:type="dxa"/>
            <w:vAlign w:val="center"/>
          </w:tcPr>
          <w:p w14:paraId="274D67CE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7"/>
                <w:lang w:val="ca-ES"/>
              </w:rPr>
              <w:t xml:space="preserve">2.º </w:t>
            </w:r>
            <w:proofErr w:type="spellStart"/>
            <w:r w:rsidRPr="00E97E87">
              <w:rPr>
                <w:rFonts w:ascii="Arial" w:hAnsi="Arial" w:cs="Arial"/>
                <w:b/>
                <w:sz w:val="17"/>
                <w:lang w:val="ca-ES"/>
              </w:rPr>
              <w:t>Semipresencial</w:t>
            </w:r>
            <w:proofErr w:type="spellEnd"/>
          </w:p>
        </w:tc>
        <w:tc>
          <w:tcPr>
            <w:tcW w:w="1134" w:type="dxa"/>
            <w:vAlign w:val="center"/>
          </w:tcPr>
          <w:p w14:paraId="5F942074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16:00 h</w:t>
            </w:r>
          </w:p>
        </w:tc>
        <w:tc>
          <w:tcPr>
            <w:tcW w:w="5669" w:type="dxa"/>
            <w:vMerge w:val="restart"/>
            <w:vAlign w:val="center"/>
          </w:tcPr>
          <w:p w14:paraId="38BA7F68" w14:textId="590D5CEB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Acollida grupal en Usos Múltiples i posteriorment aula assignada (veure llista més avall).</w:t>
            </w:r>
          </w:p>
        </w:tc>
      </w:tr>
      <w:tr w:rsidR="00545FF3" w:rsidRPr="00E97E87" w14:paraId="4AD992EB" w14:textId="77777777">
        <w:trPr>
          <w:cantSplit/>
          <w:jc w:val="center"/>
        </w:trPr>
        <w:tc>
          <w:tcPr>
            <w:tcW w:w="1984" w:type="dxa"/>
            <w:vAlign w:val="center"/>
          </w:tcPr>
          <w:p w14:paraId="29BBDD12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7"/>
                <w:lang w:val="ca-ES"/>
              </w:rPr>
              <w:t xml:space="preserve">1.º </w:t>
            </w:r>
            <w:proofErr w:type="spellStart"/>
            <w:r w:rsidRPr="00E97E87">
              <w:rPr>
                <w:rFonts w:ascii="Arial" w:hAnsi="Arial" w:cs="Arial"/>
                <w:b/>
                <w:sz w:val="17"/>
                <w:lang w:val="ca-ES"/>
              </w:rPr>
              <w:t>Semipresencial</w:t>
            </w:r>
            <w:proofErr w:type="spellEnd"/>
          </w:p>
        </w:tc>
        <w:tc>
          <w:tcPr>
            <w:tcW w:w="1134" w:type="dxa"/>
            <w:vAlign w:val="center"/>
          </w:tcPr>
          <w:p w14:paraId="271CCB31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17:00 h</w:t>
            </w:r>
          </w:p>
        </w:tc>
        <w:tc>
          <w:tcPr>
            <w:tcW w:w="5669" w:type="dxa"/>
            <w:vMerge/>
            <w:vAlign w:val="center"/>
          </w:tcPr>
          <w:p w14:paraId="57F771E7" w14:textId="412C3C2D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</w:tr>
    </w:tbl>
    <w:p w14:paraId="038DEA6D" w14:textId="77777777" w:rsidR="00182DA8" w:rsidRPr="00E97E87" w:rsidRDefault="00182DA8" w:rsidP="00182DA8">
      <w:pPr>
        <w:spacing w:before="140" w:after="60" w:line="360" w:lineRule="auto"/>
        <w:rPr>
          <w:rFonts w:ascii="Arial" w:hAnsi="Arial" w:cs="Arial"/>
          <w:b/>
          <w:sz w:val="24"/>
          <w:lang w:val="ca-ES"/>
        </w:rPr>
      </w:pPr>
    </w:p>
    <w:p w14:paraId="17E61FB5" w14:textId="3BE4E8A3" w:rsidR="007C53DA" w:rsidRPr="00E97E87" w:rsidRDefault="00B8139A" w:rsidP="00182DA8">
      <w:pPr>
        <w:spacing w:before="140" w:after="60" w:line="360" w:lineRule="auto"/>
        <w:rPr>
          <w:rFonts w:ascii="Arial" w:hAnsi="Arial" w:cs="Arial"/>
          <w:lang w:val="ca-ES"/>
        </w:rPr>
      </w:pPr>
      <w:r w:rsidRPr="00E97E87">
        <w:rPr>
          <w:rFonts w:ascii="Arial" w:hAnsi="Arial" w:cs="Arial"/>
          <w:b/>
          <w:sz w:val="24"/>
          <w:lang w:val="ca-ES"/>
        </w:rPr>
        <w:t>Dijous</w:t>
      </w:r>
      <w:r w:rsidR="00000000" w:rsidRPr="00E97E87">
        <w:rPr>
          <w:rFonts w:ascii="Arial" w:hAnsi="Arial" w:cs="Arial"/>
          <w:b/>
          <w:sz w:val="24"/>
          <w:lang w:val="ca-ES"/>
        </w:rPr>
        <w:t>, 1 d</w:t>
      </w:r>
      <w:r w:rsidRPr="00E97E87">
        <w:rPr>
          <w:rFonts w:ascii="Arial" w:hAnsi="Arial" w:cs="Arial"/>
          <w:b/>
          <w:sz w:val="24"/>
          <w:lang w:val="ca-ES"/>
        </w:rPr>
        <w:t xml:space="preserve">’octubre </w:t>
      </w:r>
      <w:r w:rsidR="00000000" w:rsidRPr="00E97E87">
        <w:rPr>
          <w:rFonts w:ascii="Arial" w:hAnsi="Arial" w:cs="Arial"/>
          <w:b/>
          <w:sz w:val="24"/>
          <w:lang w:val="ca-ES"/>
        </w:rPr>
        <w:t>— Curs d</w:t>
      </w:r>
      <w:r w:rsidRPr="00E97E87">
        <w:rPr>
          <w:rFonts w:ascii="Arial" w:hAnsi="Arial" w:cs="Arial"/>
          <w:b/>
          <w:sz w:val="24"/>
          <w:lang w:val="ca-ES"/>
        </w:rPr>
        <w:t>’</w:t>
      </w:r>
      <w:r w:rsidR="00000000" w:rsidRPr="00E97E87">
        <w:rPr>
          <w:rFonts w:ascii="Arial" w:hAnsi="Arial" w:cs="Arial"/>
          <w:b/>
          <w:sz w:val="24"/>
          <w:lang w:val="ca-ES"/>
        </w:rPr>
        <w:t>Especiali</w:t>
      </w:r>
      <w:r w:rsidRPr="00E97E87">
        <w:rPr>
          <w:rFonts w:ascii="Arial" w:hAnsi="Arial" w:cs="Arial"/>
          <w:b/>
          <w:sz w:val="24"/>
          <w:lang w:val="ca-ES"/>
        </w:rPr>
        <w:t>tzació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1134"/>
        <w:gridCol w:w="5669"/>
      </w:tblGrid>
      <w:tr w:rsidR="00182DA8" w:rsidRPr="00E97E87" w14:paraId="1450E647" w14:textId="77777777">
        <w:trPr>
          <w:jc w:val="center"/>
        </w:trPr>
        <w:tc>
          <w:tcPr>
            <w:tcW w:w="1984" w:type="dxa"/>
            <w:shd w:val="clear" w:color="auto" w:fill="EDEDED"/>
            <w:vAlign w:val="center"/>
          </w:tcPr>
          <w:p w14:paraId="725B3087" w14:textId="1BFB16B8" w:rsidR="00182DA8" w:rsidRPr="00E97E87" w:rsidRDefault="00B8139A" w:rsidP="00182DA8">
            <w:pPr>
              <w:spacing w:line="360" w:lineRule="auto"/>
              <w:jc w:val="center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8"/>
                <w:lang w:val="ca-ES"/>
              </w:rPr>
              <w:t>Nivell</w:t>
            </w:r>
          </w:p>
        </w:tc>
        <w:tc>
          <w:tcPr>
            <w:tcW w:w="1134" w:type="dxa"/>
            <w:shd w:val="clear" w:color="auto" w:fill="EDEDED"/>
            <w:vAlign w:val="center"/>
          </w:tcPr>
          <w:p w14:paraId="2F6199B7" w14:textId="40611BF6" w:rsidR="00182DA8" w:rsidRPr="00E97E87" w:rsidRDefault="00B8139A" w:rsidP="00182DA8">
            <w:pPr>
              <w:spacing w:line="360" w:lineRule="auto"/>
              <w:jc w:val="center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8"/>
                <w:lang w:val="ca-ES"/>
              </w:rPr>
              <w:t>Inici</w:t>
            </w:r>
          </w:p>
        </w:tc>
        <w:tc>
          <w:tcPr>
            <w:tcW w:w="5669" w:type="dxa"/>
            <w:shd w:val="clear" w:color="auto" w:fill="EDEDED"/>
            <w:vAlign w:val="center"/>
          </w:tcPr>
          <w:p w14:paraId="579899CB" w14:textId="2CFC5875" w:rsidR="00182DA8" w:rsidRPr="00E97E87" w:rsidRDefault="00B8139A" w:rsidP="00182DA8">
            <w:pPr>
              <w:spacing w:line="360" w:lineRule="auto"/>
              <w:jc w:val="center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8"/>
                <w:lang w:val="ca-ES"/>
              </w:rPr>
              <w:t>Lloc / indicacions</w:t>
            </w:r>
          </w:p>
        </w:tc>
      </w:tr>
      <w:tr w:rsidR="00182DA8" w:rsidRPr="00E97E87" w14:paraId="4147A92B" w14:textId="77777777">
        <w:trPr>
          <w:cantSplit/>
          <w:jc w:val="center"/>
        </w:trPr>
        <w:tc>
          <w:tcPr>
            <w:tcW w:w="1984" w:type="dxa"/>
            <w:vAlign w:val="center"/>
          </w:tcPr>
          <w:p w14:paraId="7E9EE9FC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7"/>
                <w:lang w:val="ca-ES"/>
              </w:rPr>
              <w:t>1CE</w:t>
            </w:r>
          </w:p>
        </w:tc>
        <w:tc>
          <w:tcPr>
            <w:tcW w:w="1134" w:type="dxa"/>
            <w:vAlign w:val="center"/>
          </w:tcPr>
          <w:p w14:paraId="31837198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16:00 h</w:t>
            </w:r>
          </w:p>
        </w:tc>
        <w:tc>
          <w:tcPr>
            <w:tcW w:w="5669" w:type="dxa"/>
            <w:vAlign w:val="center"/>
          </w:tcPr>
          <w:p w14:paraId="760F3A97" w14:textId="0A1E2C1D" w:rsidR="00182DA8" w:rsidRPr="00E97E87" w:rsidRDefault="006D212A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Acollida grupal en Usos Múltiples i posteriorment aula assignada (veure llista més avall).</w:t>
            </w:r>
          </w:p>
        </w:tc>
      </w:tr>
    </w:tbl>
    <w:p w14:paraId="03DF14DB" w14:textId="77777777" w:rsidR="00545FF3" w:rsidRDefault="00545FF3" w:rsidP="00182DA8">
      <w:pPr>
        <w:spacing w:before="140" w:after="60" w:line="360" w:lineRule="auto"/>
        <w:rPr>
          <w:rFonts w:ascii="Arial" w:hAnsi="Arial" w:cs="Arial"/>
          <w:b/>
          <w:sz w:val="28"/>
          <w:lang w:val="ca-ES"/>
        </w:rPr>
      </w:pPr>
    </w:p>
    <w:p w14:paraId="6599206C" w14:textId="77777777" w:rsidR="00545FF3" w:rsidRDefault="00545FF3" w:rsidP="00182DA8">
      <w:pPr>
        <w:spacing w:before="140" w:after="60" w:line="360" w:lineRule="auto"/>
        <w:rPr>
          <w:rFonts w:ascii="Arial" w:hAnsi="Arial" w:cs="Arial"/>
          <w:b/>
          <w:sz w:val="28"/>
          <w:lang w:val="ca-ES"/>
        </w:rPr>
      </w:pPr>
    </w:p>
    <w:p w14:paraId="765BC91B" w14:textId="77777777" w:rsidR="00545FF3" w:rsidRDefault="00545FF3" w:rsidP="00182DA8">
      <w:pPr>
        <w:spacing w:before="140" w:after="60" w:line="360" w:lineRule="auto"/>
        <w:rPr>
          <w:rFonts w:ascii="Arial" w:hAnsi="Arial" w:cs="Arial"/>
          <w:b/>
          <w:sz w:val="28"/>
          <w:lang w:val="ca-ES"/>
        </w:rPr>
      </w:pPr>
    </w:p>
    <w:p w14:paraId="1E490B30" w14:textId="77777777" w:rsidR="00545FF3" w:rsidRDefault="00545FF3" w:rsidP="00182DA8">
      <w:pPr>
        <w:spacing w:before="140" w:after="60" w:line="360" w:lineRule="auto"/>
        <w:rPr>
          <w:rFonts w:ascii="Arial" w:hAnsi="Arial" w:cs="Arial"/>
          <w:b/>
          <w:sz w:val="28"/>
          <w:lang w:val="ca-ES"/>
        </w:rPr>
      </w:pPr>
    </w:p>
    <w:p w14:paraId="6AF755AC" w14:textId="3A3F0253" w:rsidR="00545FF3" w:rsidRPr="00545FF3" w:rsidRDefault="00545FF3" w:rsidP="00182DA8">
      <w:pPr>
        <w:spacing w:before="140" w:after="60" w:line="360" w:lineRule="auto"/>
        <w:rPr>
          <w:rFonts w:ascii="Arial" w:hAnsi="Arial" w:cs="Arial"/>
          <w:b/>
          <w:sz w:val="28"/>
          <w:szCs w:val="24"/>
          <w:lang w:val="ca-ES"/>
        </w:rPr>
      </w:pPr>
      <w:r w:rsidRPr="00545FF3">
        <w:rPr>
          <w:rFonts w:ascii="Arial" w:hAnsi="Arial" w:cs="Arial"/>
          <w:b/>
          <w:sz w:val="28"/>
          <w:szCs w:val="24"/>
          <w:lang w:val="ca-ES"/>
        </w:rPr>
        <w:t>AULES ASIGNADES PER GRUP</w:t>
      </w:r>
    </w:p>
    <w:p w14:paraId="0D377CF5" w14:textId="2A2BBCD1" w:rsidR="007C53DA" w:rsidRPr="00E97E87" w:rsidRDefault="00000000" w:rsidP="00182DA8">
      <w:pPr>
        <w:spacing w:before="140" w:after="60" w:line="360" w:lineRule="auto"/>
        <w:rPr>
          <w:rFonts w:ascii="Arial" w:hAnsi="Arial" w:cs="Arial"/>
          <w:lang w:val="ca-ES"/>
        </w:rPr>
      </w:pPr>
      <w:r w:rsidRPr="00E97E87">
        <w:rPr>
          <w:rFonts w:ascii="Arial" w:hAnsi="Arial" w:cs="Arial"/>
          <w:b/>
          <w:sz w:val="24"/>
          <w:lang w:val="ca-ES"/>
        </w:rPr>
        <w:t>ESO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251"/>
        <w:gridCol w:w="1134"/>
        <w:gridCol w:w="1134"/>
      </w:tblGrid>
      <w:tr w:rsidR="007C53DA" w:rsidRPr="00E97E87" w14:paraId="19CDE33B" w14:textId="77777777" w:rsidTr="00182DA8">
        <w:trPr>
          <w:jc w:val="center"/>
        </w:trPr>
        <w:tc>
          <w:tcPr>
            <w:tcW w:w="1251" w:type="dxa"/>
            <w:shd w:val="clear" w:color="auto" w:fill="EDEDED"/>
            <w:vAlign w:val="center"/>
          </w:tcPr>
          <w:p w14:paraId="24C18205" w14:textId="38A57FBE" w:rsidR="007C53DA" w:rsidRPr="00E97E87" w:rsidRDefault="00B8139A" w:rsidP="00182DA8">
            <w:pPr>
              <w:spacing w:line="360" w:lineRule="auto"/>
              <w:jc w:val="center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8"/>
                <w:lang w:val="ca-ES"/>
              </w:rPr>
              <w:t>Nivell</w:t>
            </w:r>
          </w:p>
        </w:tc>
        <w:tc>
          <w:tcPr>
            <w:tcW w:w="1134" w:type="dxa"/>
            <w:shd w:val="clear" w:color="auto" w:fill="EDEDED"/>
            <w:vAlign w:val="center"/>
          </w:tcPr>
          <w:p w14:paraId="2EA5CA71" w14:textId="5965B5F5" w:rsidR="007C53DA" w:rsidRPr="00E97E87" w:rsidRDefault="00B8139A" w:rsidP="00182DA8">
            <w:pPr>
              <w:spacing w:line="360" w:lineRule="auto"/>
              <w:jc w:val="center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8"/>
                <w:lang w:val="ca-ES"/>
              </w:rPr>
              <w:t>Grup</w:t>
            </w:r>
          </w:p>
        </w:tc>
        <w:tc>
          <w:tcPr>
            <w:tcW w:w="1134" w:type="dxa"/>
            <w:shd w:val="clear" w:color="auto" w:fill="EDEDED"/>
            <w:vAlign w:val="center"/>
          </w:tcPr>
          <w:p w14:paraId="2954159D" w14:textId="77777777" w:rsidR="007C53DA" w:rsidRPr="00E97E87" w:rsidRDefault="00000000" w:rsidP="00182DA8">
            <w:pPr>
              <w:spacing w:line="360" w:lineRule="auto"/>
              <w:jc w:val="center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8"/>
                <w:lang w:val="ca-ES"/>
              </w:rPr>
              <w:t>Aula</w:t>
            </w:r>
          </w:p>
        </w:tc>
      </w:tr>
      <w:tr w:rsidR="00182DA8" w:rsidRPr="00E97E87" w14:paraId="294CE0A8" w14:textId="77777777" w:rsidTr="00182DA8">
        <w:trPr>
          <w:cantSplit/>
          <w:jc w:val="center"/>
        </w:trPr>
        <w:tc>
          <w:tcPr>
            <w:tcW w:w="1251" w:type="dxa"/>
            <w:vMerge w:val="restart"/>
            <w:vAlign w:val="center"/>
          </w:tcPr>
          <w:p w14:paraId="0A9314F2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7"/>
                <w:lang w:val="ca-ES"/>
              </w:rPr>
              <w:t>1.º ESO</w:t>
            </w:r>
          </w:p>
        </w:tc>
        <w:tc>
          <w:tcPr>
            <w:tcW w:w="1134" w:type="dxa"/>
            <w:vAlign w:val="center"/>
          </w:tcPr>
          <w:p w14:paraId="47973878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1A</w:t>
            </w:r>
          </w:p>
        </w:tc>
        <w:tc>
          <w:tcPr>
            <w:tcW w:w="1134" w:type="dxa"/>
            <w:vAlign w:val="center"/>
          </w:tcPr>
          <w:p w14:paraId="0F5E220C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N1-18</w:t>
            </w:r>
          </w:p>
        </w:tc>
      </w:tr>
      <w:tr w:rsidR="00182DA8" w:rsidRPr="00E97E87" w14:paraId="54A3CEFD" w14:textId="77777777" w:rsidTr="00182DA8">
        <w:trPr>
          <w:cantSplit/>
          <w:jc w:val="center"/>
        </w:trPr>
        <w:tc>
          <w:tcPr>
            <w:tcW w:w="1251" w:type="dxa"/>
            <w:vMerge/>
            <w:vAlign w:val="center"/>
          </w:tcPr>
          <w:p w14:paraId="05534CA6" w14:textId="58AC501C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1134" w:type="dxa"/>
            <w:vAlign w:val="center"/>
          </w:tcPr>
          <w:p w14:paraId="67B037F2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1B</w:t>
            </w:r>
          </w:p>
        </w:tc>
        <w:tc>
          <w:tcPr>
            <w:tcW w:w="1134" w:type="dxa"/>
            <w:vAlign w:val="center"/>
          </w:tcPr>
          <w:p w14:paraId="6E5F2F3B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N0-12</w:t>
            </w:r>
          </w:p>
        </w:tc>
      </w:tr>
      <w:tr w:rsidR="00182DA8" w:rsidRPr="00E97E87" w14:paraId="0D98039E" w14:textId="77777777" w:rsidTr="00182DA8">
        <w:trPr>
          <w:cantSplit/>
          <w:jc w:val="center"/>
        </w:trPr>
        <w:tc>
          <w:tcPr>
            <w:tcW w:w="1251" w:type="dxa"/>
            <w:vMerge/>
            <w:vAlign w:val="center"/>
          </w:tcPr>
          <w:p w14:paraId="2B48909C" w14:textId="658A2048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1134" w:type="dxa"/>
            <w:vAlign w:val="center"/>
          </w:tcPr>
          <w:p w14:paraId="19E07C34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1C</w:t>
            </w:r>
          </w:p>
        </w:tc>
        <w:tc>
          <w:tcPr>
            <w:tcW w:w="1134" w:type="dxa"/>
            <w:vAlign w:val="center"/>
          </w:tcPr>
          <w:p w14:paraId="54098DF6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N0-08</w:t>
            </w:r>
          </w:p>
        </w:tc>
      </w:tr>
      <w:tr w:rsidR="00182DA8" w:rsidRPr="00E97E87" w14:paraId="28DEA18A" w14:textId="77777777" w:rsidTr="00182DA8">
        <w:trPr>
          <w:cantSplit/>
          <w:jc w:val="center"/>
        </w:trPr>
        <w:tc>
          <w:tcPr>
            <w:tcW w:w="1251" w:type="dxa"/>
            <w:vMerge/>
            <w:vAlign w:val="center"/>
          </w:tcPr>
          <w:p w14:paraId="1BCF716F" w14:textId="7F054963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1134" w:type="dxa"/>
            <w:vAlign w:val="center"/>
          </w:tcPr>
          <w:p w14:paraId="003F692C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1D</w:t>
            </w:r>
          </w:p>
        </w:tc>
        <w:tc>
          <w:tcPr>
            <w:tcW w:w="1134" w:type="dxa"/>
            <w:vAlign w:val="center"/>
          </w:tcPr>
          <w:p w14:paraId="1BB27928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N0-04</w:t>
            </w:r>
          </w:p>
        </w:tc>
      </w:tr>
      <w:tr w:rsidR="00182DA8" w:rsidRPr="00E97E87" w14:paraId="39EB3254" w14:textId="77777777" w:rsidTr="00182DA8">
        <w:trPr>
          <w:cantSplit/>
          <w:jc w:val="center"/>
        </w:trPr>
        <w:tc>
          <w:tcPr>
            <w:tcW w:w="1251" w:type="dxa"/>
            <w:vMerge/>
            <w:vAlign w:val="center"/>
          </w:tcPr>
          <w:p w14:paraId="7FE80139" w14:textId="08DD5600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1134" w:type="dxa"/>
            <w:vAlign w:val="center"/>
          </w:tcPr>
          <w:p w14:paraId="0283DC99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1E</w:t>
            </w:r>
          </w:p>
        </w:tc>
        <w:tc>
          <w:tcPr>
            <w:tcW w:w="1134" w:type="dxa"/>
            <w:vAlign w:val="center"/>
          </w:tcPr>
          <w:p w14:paraId="17B29AD9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N0-14</w:t>
            </w:r>
          </w:p>
        </w:tc>
      </w:tr>
      <w:tr w:rsidR="00182DA8" w:rsidRPr="00E97E87" w14:paraId="1A75D4EE" w14:textId="77777777" w:rsidTr="00182DA8">
        <w:trPr>
          <w:cantSplit/>
          <w:jc w:val="center"/>
        </w:trPr>
        <w:tc>
          <w:tcPr>
            <w:tcW w:w="1251" w:type="dxa"/>
            <w:vMerge/>
            <w:vAlign w:val="center"/>
          </w:tcPr>
          <w:p w14:paraId="0EF6938A" w14:textId="2E38FB38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1134" w:type="dxa"/>
            <w:vAlign w:val="center"/>
          </w:tcPr>
          <w:p w14:paraId="2486D280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1F</w:t>
            </w:r>
          </w:p>
        </w:tc>
        <w:tc>
          <w:tcPr>
            <w:tcW w:w="1134" w:type="dxa"/>
            <w:vAlign w:val="center"/>
          </w:tcPr>
          <w:p w14:paraId="63464945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N1-10</w:t>
            </w:r>
          </w:p>
        </w:tc>
      </w:tr>
      <w:tr w:rsidR="00182DA8" w:rsidRPr="00E97E87" w14:paraId="3FBA73DE" w14:textId="77777777" w:rsidTr="00182DA8">
        <w:trPr>
          <w:cantSplit/>
          <w:jc w:val="center"/>
        </w:trPr>
        <w:tc>
          <w:tcPr>
            <w:tcW w:w="1251" w:type="dxa"/>
            <w:vMerge w:val="restart"/>
            <w:vAlign w:val="center"/>
          </w:tcPr>
          <w:p w14:paraId="3576616A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7"/>
                <w:lang w:val="ca-ES"/>
              </w:rPr>
              <w:t>2.º ESO</w:t>
            </w:r>
          </w:p>
        </w:tc>
        <w:tc>
          <w:tcPr>
            <w:tcW w:w="1134" w:type="dxa"/>
            <w:vAlign w:val="center"/>
          </w:tcPr>
          <w:p w14:paraId="1983E6C4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2A</w:t>
            </w:r>
          </w:p>
        </w:tc>
        <w:tc>
          <w:tcPr>
            <w:tcW w:w="1134" w:type="dxa"/>
            <w:vAlign w:val="center"/>
          </w:tcPr>
          <w:p w14:paraId="7438BD13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N0-16</w:t>
            </w:r>
          </w:p>
        </w:tc>
      </w:tr>
      <w:tr w:rsidR="00182DA8" w:rsidRPr="00E97E87" w14:paraId="22BDDBD6" w14:textId="77777777" w:rsidTr="00182DA8">
        <w:trPr>
          <w:cantSplit/>
          <w:jc w:val="center"/>
        </w:trPr>
        <w:tc>
          <w:tcPr>
            <w:tcW w:w="1251" w:type="dxa"/>
            <w:vMerge/>
            <w:vAlign w:val="center"/>
          </w:tcPr>
          <w:p w14:paraId="6EFBF020" w14:textId="1533FB50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1134" w:type="dxa"/>
            <w:vAlign w:val="center"/>
          </w:tcPr>
          <w:p w14:paraId="5237EBB8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2B</w:t>
            </w:r>
          </w:p>
        </w:tc>
        <w:tc>
          <w:tcPr>
            <w:tcW w:w="1134" w:type="dxa"/>
            <w:vAlign w:val="center"/>
          </w:tcPr>
          <w:p w14:paraId="465AC17E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N1-12</w:t>
            </w:r>
          </w:p>
        </w:tc>
      </w:tr>
      <w:tr w:rsidR="00182DA8" w:rsidRPr="00E97E87" w14:paraId="169D7ED1" w14:textId="77777777" w:rsidTr="00182DA8">
        <w:trPr>
          <w:cantSplit/>
          <w:jc w:val="center"/>
        </w:trPr>
        <w:tc>
          <w:tcPr>
            <w:tcW w:w="1251" w:type="dxa"/>
            <w:vMerge/>
            <w:vAlign w:val="center"/>
          </w:tcPr>
          <w:p w14:paraId="68A76B25" w14:textId="063CEF0D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1134" w:type="dxa"/>
            <w:vAlign w:val="center"/>
          </w:tcPr>
          <w:p w14:paraId="79C65270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2C</w:t>
            </w:r>
          </w:p>
        </w:tc>
        <w:tc>
          <w:tcPr>
            <w:tcW w:w="1134" w:type="dxa"/>
            <w:vAlign w:val="center"/>
          </w:tcPr>
          <w:p w14:paraId="48559763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N1-04</w:t>
            </w:r>
          </w:p>
        </w:tc>
      </w:tr>
      <w:tr w:rsidR="00182DA8" w:rsidRPr="00E97E87" w14:paraId="6604E7D6" w14:textId="77777777" w:rsidTr="00182DA8">
        <w:trPr>
          <w:cantSplit/>
          <w:jc w:val="center"/>
        </w:trPr>
        <w:tc>
          <w:tcPr>
            <w:tcW w:w="1251" w:type="dxa"/>
            <w:vMerge/>
            <w:vAlign w:val="center"/>
          </w:tcPr>
          <w:p w14:paraId="3316E733" w14:textId="6AAB8808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1134" w:type="dxa"/>
            <w:vAlign w:val="center"/>
          </w:tcPr>
          <w:p w14:paraId="10B0701D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2D</w:t>
            </w:r>
          </w:p>
        </w:tc>
        <w:tc>
          <w:tcPr>
            <w:tcW w:w="1134" w:type="dxa"/>
            <w:vAlign w:val="center"/>
          </w:tcPr>
          <w:p w14:paraId="5BC9C12E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N2-18</w:t>
            </w:r>
          </w:p>
        </w:tc>
      </w:tr>
      <w:tr w:rsidR="00182DA8" w:rsidRPr="00E97E87" w14:paraId="0DCB4054" w14:textId="77777777" w:rsidTr="00182DA8">
        <w:trPr>
          <w:cantSplit/>
          <w:jc w:val="center"/>
        </w:trPr>
        <w:tc>
          <w:tcPr>
            <w:tcW w:w="1251" w:type="dxa"/>
            <w:vMerge/>
            <w:vAlign w:val="center"/>
          </w:tcPr>
          <w:p w14:paraId="653EECAF" w14:textId="518E9198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1134" w:type="dxa"/>
            <w:vAlign w:val="center"/>
          </w:tcPr>
          <w:p w14:paraId="3A0ADDA6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2E</w:t>
            </w:r>
          </w:p>
        </w:tc>
        <w:tc>
          <w:tcPr>
            <w:tcW w:w="1134" w:type="dxa"/>
            <w:vAlign w:val="center"/>
          </w:tcPr>
          <w:p w14:paraId="4DE60E9B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N2-08</w:t>
            </w:r>
          </w:p>
        </w:tc>
      </w:tr>
      <w:tr w:rsidR="00182DA8" w:rsidRPr="00E97E87" w14:paraId="32E006F2" w14:textId="77777777" w:rsidTr="00182DA8">
        <w:trPr>
          <w:cantSplit/>
          <w:jc w:val="center"/>
        </w:trPr>
        <w:tc>
          <w:tcPr>
            <w:tcW w:w="1251" w:type="dxa"/>
            <w:vMerge/>
            <w:vAlign w:val="center"/>
          </w:tcPr>
          <w:p w14:paraId="496F9F32" w14:textId="65744344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1134" w:type="dxa"/>
            <w:vAlign w:val="center"/>
          </w:tcPr>
          <w:p w14:paraId="5A3B2258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2F</w:t>
            </w:r>
          </w:p>
        </w:tc>
        <w:tc>
          <w:tcPr>
            <w:tcW w:w="1134" w:type="dxa"/>
            <w:vAlign w:val="center"/>
          </w:tcPr>
          <w:p w14:paraId="29A17A5D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N2-04</w:t>
            </w:r>
          </w:p>
        </w:tc>
      </w:tr>
      <w:tr w:rsidR="00182DA8" w:rsidRPr="00E97E87" w14:paraId="73000A7A" w14:textId="77777777" w:rsidTr="00182DA8">
        <w:trPr>
          <w:cantSplit/>
          <w:jc w:val="center"/>
        </w:trPr>
        <w:tc>
          <w:tcPr>
            <w:tcW w:w="1251" w:type="dxa"/>
            <w:vMerge w:val="restart"/>
            <w:vAlign w:val="center"/>
          </w:tcPr>
          <w:p w14:paraId="57773E7D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7"/>
                <w:lang w:val="ca-ES"/>
              </w:rPr>
              <w:t>3.º ESO</w:t>
            </w:r>
          </w:p>
        </w:tc>
        <w:tc>
          <w:tcPr>
            <w:tcW w:w="1134" w:type="dxa"/>
            <w:vAlign w:val="center"/>
          </w:tcPr>
          <w:p w14:paraId="14A533AE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3A</w:t>
            </w:r>
          </w:p>
        </w:tc>
        <w:tc>
          <w:tcPr>
            <w:tcW w:w="1134" w:type="dxa"/>
            <w:vAlign w:val="center"/>
          </w:tcPr>
          <w:p w14:paraId="20BC4DC4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N1-06</w:t>
            </w:r>
          </w:p>
        </w:tc>
      </w:tr>
      <w:tr w:rsidR="00182DA8" w:rsidRPr="00E97E87" w14:paraId="3AC363D9" w14:textId="77777777" w:rsidTr="00182DA8">
        <w:trPr>
          <w:cantSplit/>
          <w:jc w:val="center"/>
        </w:trPr>
        <w:tc>
          <w:tcPr>
            <w:tcW w:w="1251" w:type="dxa"/>
            <w:vMerge/>
            <w:vAlign w:val="center"/>
          </w:tcPr>
          <w:p w14:paraId="639EE5F3" w14:textId="5783558A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1134" w:type="dxa"/>
            <w:vAlign w:val="center"/>
          </w:tcPr>
          <w:p w14:paraId="61E8903D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3B</w:t>
            </w:r>
          </w:p>
        </w:tc>
        <w:tc>
          <w:tcPr>
            <w:tcW w:w="1134" w:type="dxa"/>
            <w:vAlign w:val="center"/>
          </w:tcPr>
          <w:p w14:paraId="31F262C1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N0-10</w:t>
            </w:r>
          </w:p>
        </w:tc>
      </w:tr>
      <w:tr w:rsidR="00182DA8" w:rsidRPr="00E97E87" w14:paraId="669F7008" w14:textId="77777777" w:rsidTr="00182DA8">
        <w:trPr>
          <w:cantSplit/>
          <w:jc w:val="center"/>
        </w:trPr>
        <w:tc>
          <w:tcPr>
            <w:tcW w:w="1251" w:type="dxa"/>
            <w:vMerge/>
            <w:vAlign w:val="center"/>
          </w:tcPr>
          <w:p w14:paraId="74DA5E96" w14:textId="64757B1A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1134" w:type="dxa"/>
            <w:vAlign w:val="center"/>
          </w:tcPr>
          <w:p w14:paraId="786B89C3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3C</w:t>
            </w:r>
          </w:p>
        </w:tc>
        <w:tc>
          <w:tcPr>
            <w:tcW w:w="1134" w:type="dxa"/>
            <w:vAlign w:val="center"/>
          </w:tcPr>
          <w:p w14:paraId="509105FC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N0-06</w:t>
            </w:r>
          </w:p>
        </w:tc>
      </w:tr>
      <w:tr w:rsidR="00182DA8" w:rsidRPr="00E97E87" w14:paraId="6599C4A3" w14:textId="77777777" w:rsidTr="00182DA8">
        <w:trPr>
          <w:cantSplit/>
          <w:jc w:val="center"/>
        </w:trPr>
        <w:tc>
          <w:tcPr>
            <w:tcW w:w="1251" w:type="dxa"/>
            <w:vMerge/>
            <w:vAlign w:val="center"/>
          </w:tcPr>
          <w:p w14:paraId="0D99DACB" w14:textId="0A008AD6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1134" w:type="dxa"/>
            <w:vAlign w:val="center"/>
          </w:tcPr>
          <w:p w14:paraId="626B6932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3D</w:t>
            </w:r>
          </w:p>
        </w:tc>
        <w:tc>
          <w:tcPr>
            <w:tcW w:w="1134" w:type="dxa"/>
            <w:vAlign w:val="center"/>
          </w:tcPr>
          <w:p w14:paraId="4DAF9FFE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N1-08</w:t>
            </w:r>
          </w:p>
        </w:tc>
      </w:tr>
      <w:tr w:rsidR="00182DA8" w:rsidRPr="00E97E87" w14:paraId="72D9783C" w14:textId="77777777" w:rsidTr="00182DA8">
        <w:trPr>
          <w:cantSplit/>
          <w:jc w:val="center"/>
        </w:trPr>
        <w:tc>
          <w:tcPr>
            <w:tcW w:w="1251" w:type="dxa"/>
            <w:vMerge/>
            <w:vAlign w:val="center"/>
          </w:tcPr>
          <w:p w14:paraId="57199A99" w14:textId="51DAE6EB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1134" w:type="dxa"/>
            <w:vAlign w:val="center"/>
          </w:tcPr>
          <w:p w14:paraId="0C4CC351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3E</w:t>
            </w:r>
          </w:p>
        </w:tc>
        <w:tc>
          <w:tcPr>
            <w:tcW w:w="1134" w:type="dxa"/>
            <w:vAlign w:val="center"/>
          </w:tcPr>
          <w:p w14:paraId="77EDA4D5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N1-16</w:t>
            </w:r>
          </w:p>
        </w:tc>
      </w:tr>
      <w:tr w:rsidR="00182DA8" w:rsidRPr="00E97E87" w14:paraId="035AB247" w14:textId="77777777" w:rsidTr="00182DA8">
        <w:trPr>
          <w:cantSplit/>
          <w:jc w:val="center"/>
        </w:trPr>
        <w:tc>
          <w:tcPr>
            <w:tcW w:w="1251" w:type="dxa"/>
            <w:vMerge/>
            <w:vAlign w:val="center"/>
          </w:tcPr>
          <w:p w14:paraId="1BE6958D" w14:textId="55D9A188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1134" w:type="dxa"/>
            <w:vAlign w:val="center"/>
          </w:tcPr>
          <w:p w14:paraId="78041085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3PDC</w:t>
            </w:r>
          </w:p>
        </w:tc>
        <w:tc>
          <w:tcPr>
            <w:tcW w:w="1134" w:type="dxa"/>
            <w:vAlign w:val="center"/>
          </w:tcPr>
          <w:p w14:paraId="4EFAB766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N0-02</w:t>
            </w:r>
          </w:p>
        </w:tc>
      </w:tr>
      <w:tr w:rsidR="00182DA8" w:rsidRPr="00E97E87" w14:paraId="04DB2E07" w14:textId="77777777" w:rsidTr="00182DA8">
        <w:trPr>
          <w:cantSplit/>
          <w:jc w:val="center"/>
        </w:trPr>
        <w:tc>
          <w:tcPr>
            <w:tcW w:w="1251" w:type="dxa"/>
            <w:vMerge w:val="restart"/>
            <w:vAlign w:val="center"/>
          </w:tcPr>
          <w:p w14:paraId="497608B0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7"/>
                <w:lang w:val="ca-ES"/>
              </w:rPr>
              <w:t>4.º ESO</w:t>
            </w:r>
          </w:p>
        </w:tc>
        <w:tc>
          <w:tcPr>
            <w:tcW w:w="1134" w:type="dxa"/>
            <w:vAlign w:val="center"/>
          </w:tcPr>
          <w:p w14:paraId="503818EF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4A</w:t>
            </w:r>
          </w:p>
        </w:tc>
        <w:tc>
          <w:tcPr>
            <w:tcW w:w="1134" w:type="dxa"/>
            <w:vAlign w:val="center"/>
          </w:tcPr>
          <w:p w14:paraId="1321703A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N2-21</w:t>
            </w:r>
          </w:p>
        </w:tc>
      </w:tr>
      <w:tr w:rsidR="00182DA8" w:rsidRPr="00E97E87" w14:paraId="01927275" w14:textId="77777777" w:rsidTr="00182DA8">
        <w:trPr>
          <w:cantSplit/>
          <w:jc w:val="center"/>
        </w:trPr>
        <w:tc>
          <w:tcPr>
            <w:tcW w:w="1251" w:type="dxa"/>
            <w:vMerge/>
            <w:vAlign w:val="center"/>
          </w:tcPr>
          <w:p w14:paraId="6781648F" w14:textId="6D58E4C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1134" w:type="dxa"/>
            <w:vAlign w:val="center"/>
          </w:tcPr>
          <w:p w14:paraId="69FBAD9E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4B</w:t>
            </w:r>
          </w:p>
        </w:tc>
        <w:tc>
          <w:tcPr>
            <w:tcW w:w="1134" w:type="dxa"/>
            <w:vAlign w:val="center"/>
          </w:tcPr>
          <w:p w14:paraId="77408746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N2-12</w:t>
            </w:r>
          </w:p>
        </w:tc>
      </w:tr>
      <w:tr w:rsidR="00182DA8" w:rsidRPr="00E97E87" w14:paraId="4E3A2026" w14:textId="77777777" w:rsidTr="00182DA8">
        <w:trPr>
          <w:cantSplit/>
          <w:jc w:val="center"/>
        </w:trPr>
        <w:tc>
          <w:tcPr>
            <w:tcW w:w="1251" w:type="dxa"/>
            <w:vMerge/>
            <w:vAlign w:val="center"/>
          </w:tcPr>
          <w:p w14:paraId="6A3DA6E0" w14:textId="064DA12E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1134" w:type="dxa"/>
            <w:vAlign w:val="center"/>
          </w:tcPr>
          <w:p w14:paraId="5A37DE4E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4C</w:t>
            </w:r>
          </w:p>
        </w:tc>
        <w:tc>
          <w:tcPr>
            <w:tcW w:w="1134" w:type="dxa"/>
            <w:vAlign w:val="center"/>
          </w:tcPr>
          <w:p w14:paraId="2C58301A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N2-10</w:t>
            </w:r>
          </w:p>
        </w:tc>
      </w:tr>
      <w:tr w:rsidR="00182DA8" w:rsidRPr="00E97E87" w14:paraId="119157C3" w14:textId="77777777" w:rsidTr="00182DA8">
        <w:trPr>
          <w:cantSplit/>
          <w:jc w:val="center"/>
        </w:trPr>
        <w:tc>
          <w:tcPr>
            <w:tcW w:w="1251" w:type="dxa"/>
            <w:vMerge/>
            <w:vAlign w:val="center"/>
          </w:tcPr>
          <w:p w14:paraId="26F02F51" w14:textId="6B2D10FD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1134" w:type="dxa"/>
            <w:vAlign w:val="center"/>
          </w:tcPr>
          <w:p w14:paraId="67540446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4D</w:t>
            </w:r>
          </w:p>
        </w:tc>
        <w:tc>
          <w:tcPr>
            <w:tcW w:w="1134" w:type="dxa"/>
            <w:vAlign w:val="center"/>
          </w:tcPr>
          <w:p w14:paraId="1D34E712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N2-06</w:t>
            </w:r>
          </w:p>
        </w:tc>
      </w:tr>
      <w:tr w:rsidR="00182DA8" w:rsidRPr="00E97E87" w14:paraId="469BC62C" w14:textId="77777777" w:rsidTr="00182DA8">
        <w:trPr>
          <w:cantSplit/>
          <w:jc w:val="center"/>
        </w:trPr>
        <w:tc>
          <w:tcPr>
            <w:tcW w:w="1251" w:type="dxa"/>
            <w:vMerge/>
            <w:vAlign w:val="center"/>
          </w:tcPr>
          <w:p w14:paraId="0FE08C7D" w14:textId="3AF1AB5A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1134" w:type="dxa"/>
            <w:vAlign w:val="center"/>
          </w:tcPr>
          <w:p w14:paraId="347A572D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4PDC</w:t>
            </w:r>
          </w:p>
        </w:tc>
        <w:tc>
          <w:tcPr>
            <w:tcW w:w="1134" w:type="dxa"/>
            <w:vAlign w:val="center"/>
          </w:tcPr>
          <w:p w14:paraId="546F22ED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N2-02</w:t>
            </w:r>
          </w:p>
        </w:tc>
      </w:tr>
    </w:tbl>
    <w:p w14:paraId="6FF61419" w14:textId="77777777" w:rsidR="00545FF3" w:rsidRDefault="00545FF3" w:rsidP="00182DA8">
      <w:pPr>
        <w:spacing w:before="140" w:after="60" w:line="360" w:lineRule="auto"/>
        <w:rPr>
          <w:rFonts w:ascii="Arial" w:hAnsi="Arial" w:cs="Arial"/>
          <w:b/>
          <w:sz w:val="24"/>
          <w:lang w:val="ca-ES"/>
        </w:rPr>
      </w:pPr>
    </w:p>
    <w:p w14:paraId="610E6B49" w14:textId="2A1B2F66" w:rsidR="007C53DA" w:rsidRPr="00E97E87" w:rsidRDefault="00B8139A" w:rsidP="00182DA8">
      <w:pPr>
        <w:spacing w:before="140" w:after="60" w:line="360" w:lineRule="auto"/>
        <w:rPr>
          <w:rFonts w:ascii="Arial" w:hAnsi="Arial" w:cs="Arial"/>
          <w:lang w:val="ca-ES"/>
        </w:rPr>
      </w:pPr>
      <w:r w:rsidRPr="00E97E87">
        <w:rPr>
          <w:rFonts w:ascii="Arial" w:hAnsi="Arial" w:cs="Arial"/>
          <w:b/>
          <w:sz w:val="24"/>
          <w:lang w:val="ca-ES"/>
        </w:rPr>
        <w:t>Batxillerat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25"/>
        <w:gridCol w:w="1523"/>
        <w:gridCol w:w="1843"/>
      </w:tblGrid>
      <w:tr w:rsidR="007C53DA" w:rsidRPr="00E97E87" w14:paraId="479F31EB" w14:textId="77777777" w:rsidTr="00182DA8">
        <w:trPr>
          <w:jc w:val="center"/>
        </w:trPr>
        <w:tc>
          <w:tcPr>
            <w:tcW w:w="1725" w:type="dxa"/>
            <w:shd w:val="clear" w:color="auto" w:fill="EDEDED"/>
            <w:vAlign w:val="center"/>
          </w:tcPr>
          <w:p w14:paraId="0136BF8B" w14:textId="01533C07" w:rsidR="007C53DA" w:rsidRPr="00E97E87" w:rsidRDefault="00B8139A" w:rsidP="00182DA8">
            <w:pPr>
              <w:spacing w:line="360" w:lineRule="auto"/>
              <w:jc w:val="center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8"/>
                <w:lang w:val="ca-ES"/>
              </w:rPr>
              <w:t>Nivell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2C5ED9D1" w14:textId="29EAFE91" w:rsidR="007C53DA" w:rsidRPr="00E97E87" w:rsidRDefault="00B8139A" w:rsidP="00182DA8">
            <w:pPr>
              <w:spacing w:line="360" w:lineRule="auto"/>
              <w:jc w:val="center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8"/>
                <w:lang w:val="ca-ES"/>
              </w:rPr>
              <w:t>Grup</w:t>
            </w:r>
          </w:p>
        </w:tc>
        <w:tc>
          <w:tcPr>
            <w:tcW w:w="1843" w:type="dxa"/>
            <w:shd w:val="clear" w:color="auto" w:fill="EDEDED"/>
            <w:vAlign w:val="center"/>
          </w:tcPr>
          <w:p w14:paraId="4DD6E1BF" w14:textId="77777777" w:rsidR="007C53DA" w:rsidRPr="00E97E87" w:rsidRDefault="00000000" w:rsidP="00182DA8">
            <w:pPr>
              <w:spacing w:line="360" w:lineRule="auto"/>
              <w:jc w:val="center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8"/>
                <w:lang w:val="ca-ES"/>
              </w:rPr>
              <w:t>Aula</w:t>
            </w:r>
          </w:p>
        </w:tc>
      </w:tr>
      <w:tr w:rsidR="00182DA8" w:rsidRPr="00E97E87" w14:paraId="40E6B282" w14:textId="77777777" w:rsidTr="00182DA8">
        <w:trPr>
          <w:cantSplit/>
          <w:jc w:val="center"/>
        </w:trPr>
        <w:tc>
          <w:tcPr>
            <w:tcW w:w="1725" w:type="dxa"/>
            <w:vMerge w:val="restart"/>
            <w:vAlign w:val="center"/>
          </w:tcPr>
          <w:p w14:paraId="414AD837" w14:textId="014CA682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7"/>
                <w:lang w:val="ca-ES"/>
              </w:rPr>
              <w:t xml:space="preserve">1.º </w:t>
            </w:r>
            <w:r w:rsidR="00B8139A" w:rsidRPr="00E97E87">
              <w:rPr>
                <w:rFonts w:ascii="Arial" w:hAnsi="Arial" w:cs="Arial"/>
                <w:b/>
                <w:sz w:val="17"/>
                <w:lang w:val="ca-ES"/>
              </w:rPr>
              <w:t>Batxillerat</w:t>
            </w:r>
          </w:p>
        </w:tc>
        <w:tc>
          <w:tcPr>
            <w:tcW w:w="1523" w:type="dxa"/>
            <w:vAlign w:val="center"/>
          </w:tcPr>
          <w:p w14:paraId="6F5599A2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1A</w:t>
            </w:r>
          </w:p>
        </w:tc>
        <w:tc>
          <w:tcPr>
            <w:tcW w:w="1843" w:type="dxa"/>
            <w:vAlign w:val="center"/>
          </w:tcPr>
          <w:p w14:paraId="41F3CC05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S1-11</w:t>
            </w:r>
          </w:p>
        </w:tc>
      </w:tr>
      <w:tr w:rsidR="00182DA8" w:rsidRPr="00E97E87" w14:paraId="2264BF3B" w14:textId="77777777" w:rsidTr="00182DA8">
        <w:trPr>
          <w:cantSplit/>
          <w:jc w:val="center"/>
        </w:trPr>
        <w:tc>
          <w:tcPr>
            <w:tcW w:w="1725" w:type="dxa"/>
            <w:vMerge/>
            <w:vAlign w:val="center"/>
          </w:tcPr>
          <w:p w14:paraId="6D5B0522" w14:textId="29606569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1523" w:type="dxa"/>
            <w:vAlign w:val="center"/>
          </w:tcPr>
          <w:p w14:paraId="57E0D65F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1B</w:t>
            </w:r>
          </w:p>
        </w:tc>
        <w:tc>
          <w:tcPr>
            <w:tcW w:w="1843" w:type="dxa"/>
            <w:vAlign w:val="center"/>
          </w:tcPr>
          <w:p w14:paraId="678CDF70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S1-09</w:t>
            </w:r>
          </w:p>
        </w:tc>
      </w:tr>
      <w:tr w:rsidR="00182DA8" w:rsidRPr="00E97E87" w14:paraId="30F9527B" w14:textId="77777777" w:rsidTr="00182DA8">
        <w:trPr>
          <w:cantSplit/>
          <w:jc w:val="center"/>
        </w:trPr>
        <w:tc>
          <w:tcPr>
            <w:tcW w:w="1725" w:type="dxa"/>
            <w:vMerge/>
            <w:vAlign w:val="center"/>
          </w:tcPr>
          <w:p w14:paraId="0E08F15C" w14:textId="721F30F4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1523" w:type="dxa"/>
            <w:vAlign w:val="center"/>
          </w:tcPr>
          <w:p w14:paraId="08200F5F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1C</w:t>
            </w:r>
          </w:p>
        </w:tc>
        <w:tc>
          <w:tcPr>
            <w:tcW w:w="1843" w:type="dxa"/>
            <w:vAlign w:val="center"/>
          </w:tcPr>
          <w:p w14:paraId="50FA64C9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S1-07</w:t>
            </w:r>
          </w:p>
        </w:tc>
      </w:tr>
      <w:tr w:rsidR="00182DA8" w:rsidRPr="00E97E87" w14:paraId="0467AAFC" w14:textId="77777777" w:rsidTr="00182DA8">
        <w:trPr>
          <w:cantSplit/>
          <w:jc w:val="center"/>
        </w:trPr>
        <w:tc>
          <w:tcPr>
            <w:tcW w:w="1725" w:type="dxa"/>
            <w:vMerge w:val="restart"/>
            <w:vAlign w:val="center"/>
          </w:tcPr>
          <w:p w14:paraId="67DDFBE4" w14:textId="3085ECCB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7"/>
                <w:lang w:val="ca-ES"/>
              </w:rPr>
              <w:t xml:space="preserve">2.º </w:t>
            </w:r>
            <w:r w:rsidR="00B8139A" w:rsidRPr="00E97E87">
              <w:rPr>
                <w:rFonts w:ascii="Arial" w:hAnsi="Arial" w:cs="Arial"/>
                <w:b/>
                <w:sz w:val="17"/>
                <w:lang w:val="ca-ES"/>
              </w:rPr>
              <w:t>Batxillerat</w:t>
            </w:r>
          </w:p>
        </w:tc>
        <w:tc>
          <w:tcPr>
            <w:tcW w:w="1523" w:type="dxa"/>
            <w:vAlign w:val="center"/>
          </w:tcPr>
          <w:p w14:paraId="4A155768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2A</w:t>
            </w:r>
          </w:p>
        </w:tc>
        <w:tc>
          <w:tcPr>
            <w:tcW w:w="1843" w:type="dxa"/>
            <w:vAlign w:val="center"/>
          </w:tcPr>
          <w:p w14:paraId="2FC71B1B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S2-13</w:t>
            </w:r>
          </w:p>
        </w:tc>
      </w:tr>
      <w:tr w:rsidR="00182DA8" w:rsidRPr="00E97E87" w14:paraId="13610DA0" w14:textId="77777777" w:rsidTr="00182DA8">
        <w:trPr>
          <w:cantSplit/>
          <w:jc w:val="center"/>
        </w:trPr>
        <w:tc>
          <w:tcPr>
            <w:tcW w:w="1725" w:type="dxa"/>
            <w:vMerge/>
            <w:vAlign w:val="center"/>
          </w:tcPr>
          <w:p w14:paraId="181746AA" w14:textId="30F0C9F4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1523" w:type="dxa"/>
            <w:vAlign w:val="center"/>
          </w:tcPr>
          <w:p w14:paraId="4FFE9550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2B</w:t>
            </w:r>
          </w:p>
        </w:tc>
        <w:tc>
          <w:tcPr>
            <w:tcW w:w="1843" w:type="dxa"/>
            <w:vAlign w:val="center"/>
          </w:tcPr>
          <w:p w14:paraId="74B308AF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S2-09</w:t>
            </w:r>
          </w:p>
        </w:tc>
      </w:tr>
      <w:tr w:rsidR="00182DA8" w:rsidRPr="00E97E87" w14:paraId="5495A4FA" w14:textId="77777777" w:rsidTr="00182DA8">
        <w:trPr>
          <w:cantSplit/>
          <w:jc w:val="center"/>
        </w:trPr>
        <w:tc>
          <w:tcPr>
            <w:tcW w:w="1725" w:type="dxa"/>
            <w:vMerge/>
            <w:vAlign w:val="center"/>
          </w:tcPr>
          <w:p w14:paraId="0D5463C2" w14:textId="20806464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1523" w:type="dxa"/>
            <w:vAlign w:val="center"/>
          </w:tcPr>
          <w:p w14:paraId="7983B887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2C</w:t>
            </w:r>
          </w:p>
        </w:tc>
        <w:tc>
          <w:tcPr>
            <w:tcW w:w="1843" w:type="dxa"/>
            <w:vAlign w:val="center"/>
          </w:tcPr>
          <w:p w14:paraId="4D4B15F1" w14:textId="77777777" w:rsidR="00182DA8" w:rsidRPr="00E97E87" w:rsidRDefault="00182DA8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S2-07</w:t>
            </w:r>
          </w:p>
        </w:tc>
      </w:tr>
    </w:tbl>
    <w:p w14:paraId="0BE6F047" w14:textId="67E044A3" w:rsidR="007C53DA" w:rsidRPr="00E97E87" w:rsidRDefault="00B8139A" w:rsidP="00182DA8">
      <w:pPr>
        <w:pageBreakBefore/>
        <w:spacing w:before="140" w:after="60" w:line="360" w:lineRule="auto"/>
        <w:rPr>
          <w:rFonts w:ascii="Arial" w:hAnsi="Arial" w:cs="Arial"/>
          <w:lang w:val="ca-ES"/>
        </w:rPr>
      </w:pPr>
      <w:r w:rsidRPr="00E97E87">
        <w:rPr>
          <w:rFonts w:ascii="Arial" w:hAnsi="Arial" w:cs="Arial"/>
          <w:b/>
          <w:sz w:val="24"/>
          <w:lang w:val="ca-ES"/>
        </w:rPr>
        <w:lastRenderedPageBreak/>
        <w:t>Cicles Formatius</w:t>
      </w:r>
      <w:r w:rsidR="00000000" w:rsidRPr="00E97E87">
        <w:rPr>
          <w:rFonts w:ascii="Arial" w:hAnsi="Arial" w:cs="Arial"/>
          <w:b/>
          <w:sz w:val="24"/>
          <w:lang w:val="ca-ES"/>
        </w:rPr>
        <w:t>— presencial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22"/>
        <w:gridCol w:w="2268"/>
        <w:gridCol w:w="2268"/>
      </w:tblGrid>
      <w:tr w:rsidR="00545FF3" w:rsidRPr="00E97E87" w14:paraId="1BD243F6" w14:textId="77777777" w:rsidTr="00741B8C">
        <w:trPr>
          <w:jc w:val="center"/>
        </w:trPr>
        <w:tc>
          <w:tcPr>
            <w:tcW w:w="1422" w:type="dxa"/>
            <w:shd w:val="clear" w:color="auto" w:fill="EDEDED"/>
            <w:vAlign w:val="center"/>
          </w:tcPr>
          <w:p w14:paraId="359C8506" w14:textId="4052115D" w:rsidR="00545FF3" w:rsidRPr="00E97E87" w:rsidRDefault="00545FF3" w:rsidP="00182DA8">
            <w:pPr>
              <w:spacing w:line="360" w:lineRule="auto"/>
              <w:jc w:val="center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8"/>
                <w:lang w:val="ca-ES"/>
              </w:rPr>
              <w:t>Torn</w:t>
            </w:r>
          </w:p>
        </w:tc>
        <w:tc>
          <w:tcPr>
            <w:tcW w:w="2268" w:type="dxa"/>
            <w:shd w:val="clear" w:color="auto" w:fill="EDEDED"/>
            <w:vAlign w:val="center"/>
          </w:tcPr>
          <w:p w14:paraId="50A7F79E" w14:textId="1CC32293" w:rsidR="00545FF3" w:rsidRPr="00E97E87" w:rsidRDefault="00545FF3" w:rsidP="00182DA8">
            <w:pPr>
              <w:spacing w:line="360" w:lineRule="auto"/>
              <w:jc w:val="center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8"/>
                <w:lang w:val="ca-ES"/>
              </w:rPr>
              <w:t>Grup</w:t>
            </w:r>
          </w:p>
        </w:tc>
        <w:tc>
          <w:tcPr>
            <w:tcW w:w="2268" w:type="dxa"/>
            <w:shd w:val="clear" w:color="auto" w:fill="EDEDED"/>
            <w:vAlign w:val="center"/>
          </w:tcPr>
          <w:p w14:paraId="02D761DE" w14:textId="77777777" w:rsidR="00545FF3" w:rsidRPr="00E97E87" w:rsidRDefault="00545FF3" w:rsidP="00182DA8">
            <w:pPr>
              <w:spacing w:line="360" w:lineRule="auto"/>
              <w:jc w:val="center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8"/>
                <w:lang w:val="ca-ES"/>
              </w:rPr>
              <w:t>Aula</w:t>
            </w:r>
          </w:p>
        </w:tc>
      </w:tr>
      <w:tr w:rsidR="00545FF3" w:rsidRPr="00E97E87" w14:paraId="2D59714D" w14:textId="77777777" w:rsidTr="00741B8C">
        <w:trPr>
          <w:cantSplit/>
          <w:jc w:val="center"/>
        </w:trPr>
        <w:tc>
          <w:tcPr>
            <w:tcW w:w="1422" w:type="dxa"/>
            <w:vMerge w:val="restart"/>
            <w:vAlign w:val="center"/>
          </w:tcPr>
          <w:p w14:paraId="6C8604B1" w14:textId="0CB6EBFD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7"/>
                <w:lang w:val="ca-ES"/>
              </w:rPr>
              <w:t>2.º — matí</w:t>
            </w:r>
          </w:p>
        </w:tc>
        <w:tc>
          <w:tcPr>
            <w:tcW w:w="2268" w:type="dxa"/>
            <w:vAlign w:val="center"/>
          </w:tcPr>
          <w:p w14:paraId="6C6EE05A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2GA</w:t>
            </w:r>
          </w:p>
        </w:tc>
        <w:tc>
          <w:tcPr>
            <w:tcW w:w="2268" w:type="dxa"/>
            <w:vAlign w:val="center"/>
          </w:tcPr>
          <w:p w14:paraId="7D291D64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S1-02</w:t>
            </w:r>
          </w:p>
        </w:tc>
      </w:tr>
      <w:tr w:rsidR="00545FF3" w:rsidRPr="00E97E87" w14:paraId="0C82D18A" w14:textId="77777777" w:rsidTr="00741B8C">
        <w:trPr>
          <w:cantSplit/>
          <w:jc w:val="center"/>
        </w:trPr>
        <w:tc>
          <w:tcPr>
            <w:tcW w:w="1422" w:type="dxa"/>
            <w:vMerge/>
            <w:vAlign w:val="center"/>
          </w:tcPr>
          <w:p w14:paraId="5B5C6712" w14:textId="0EF763D6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02EAFE0D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2AF</w:t>
            </w:r>
          </w:p>
        </w:tc>
        <w:tc>
          <w:tcPr>
            <w:tcW w:w="2268" w:type="dxa"/>
            <w:vAlign w:val="center"/>
          </w:tcPr>
          <w:p w14:paraId="65CD354E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S1-10</w:t>
            </w:r>
          </w:p>
        </w:tc>
      </w:tr>
      <w:tr w:rsidR="00545FF3" w:rsidRPr="00E97E87" w14:paraId="43A83796" w14:textId="77777777" w:rsidTr="00741B8C">
        <w:trPr>
          <w:cantSplit/>
          <w:jc w:val="center"/>
        </w:trPr>
        <w:tc>
          <w:tcPr>
            <w:tcW w:w="1422" w:type="dxa"/>
            <w:vMerge/>
            <w:vAlign w:val="center"/>
          </w:tcPr>
          <w:p w14:paraId="11AD4805" w14:textId="43BDBFD1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3FB093BA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2SMXB</w:t>
            </w:r>
          </w:p>
        </w:tc>
        <w:tc>
          <w:tcPr>
            <w:tcW w:w="2268" w:type="dxa"/>
            <w:vAlign w:val="center"/>
          </w:tcPr>
          <w:p w14:paraId="0C5212CF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S2-05</w:t>
            </w:r>
          </w:p>
        </w:tc>
      </w:tr>
      <w:tr w:rsidR="00545FF3" w:rsidRPr="00E97E87" w14:paraId="74900D02" w14:textId="77777777" w:rsidTr="00741B8C">
        <w:trPr>
          <w:cantSplit/>
          <w:jc w:val="center"/>
        </w:trPr>
        <w:tc>
          <w:tcPr>
            <w:tcW w:w="1422" w:type="dxa"/>
            <w:vMerge/>
            <w:vAlign w:val="center"/>
          </w:tcPr>
          <w:p w14:paraId="27694BA9" w14:textId="61747BCE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0D8867E4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2SMXC</w:t>
            </w:r>
          </w:p>
        </w:tc>
        <w:tc>
          <w:tcPr>
            <w:tcW w:w="2268" w:type="dxa"/>
            <w:vAlign w:val="center"/>
          </w:tcPr>
          <w:p w14:paraId="1EA9D654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S2-08</w:t>
            </w:r>
          </w:p>
        </w:tc>
      </w:tr>
      <w:tr w:rsidR="00545FF3" w:rsidRPr="00E97E87" w14:paraId="6F45B629" w14:textId="77777777" w:rsidTr="00741B8C">
        <w:trPr>
          <w:cantSplit/>
          <w:jc w:val="center"/>
        </w:trPr>
        <w:tc>
          <w:tcPr>
            <w:tcW w:w="1422" w:type="dxa"/>
            <w:vMerge/>
            <w:vAlign w:val="center"/>
          </w:tcPr>
          <w:p w14:paraId="55500448" w14:textId="4CBE8798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79C1100D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2DAM</w:t>
            </w:r>
          </w:p>
        </w:tc>
        <w:tc>
          <w:tcPr>
            <w:tcW w:w="2268" w:type="dxa"/>
            <w:vAlign w:val="center"/>
          </w:tcPr>
          <w:p w14:paraId="3640CEAE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S2-12</w:t>
            </w:r>
          </w:p>
        </w:tc>
      </w:tr>
      <w:tr w:rsidR="00545FF3" w:rsidRPr="00E97E87" w14:paraId="57502022" w14:textId="77777777" w:rsidTr="00741B8C">
        <w:trPr>
          <w:cantSplit/>
          <w:jc w:val="center"/>
        </w:trPr>
        <w:tc>
          <w:tcPr>
            <w:tcW w:w="1422" w:type="dxa"/>
            <w:vMerge/>
            <w:vAlign w:val="center"/>
          </w:tcPr>
          <w:p w14:paraId="606A31A3" w14:textId="4464B26D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64FF25E3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2FPB</w:t>
            </w:r>
          </w:p>
        </w:tc>
        <w:tc>
          <w:tcPr>
            <w:tcW w:w="2268" w:type="dxa"/>
            <w:vAlign w:val="center"/>
          </w:tcPr>
          <w:p w14:paraId="35D213D8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S1-05</w:t>
            </w:r>
          </w:p>
        </w:tc>
      </w:tr>
      <w:tr w:rsidR="00545FF3" w:rsidRPr="00E97E87" w14:paraId="7C9DD51C" w14:textId="77777777" w:rsidTr="00741B8C">
        <w:trPr>
          <w:cantSplit/>
          <w:jc w:val="center"/>
        </w:trPr>
        <w:tc>
          <w:tcPr>
            <w:tcW w:w="1422" w:type="dxa"/>
            <w:vMerge w:val="restart"/>
            <w:vAlign w:val="center"/>
          </w:tcPr>
          <w:p w14:paraId="37ED89F3" w14:textId="72E90BAB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7"/>
                <w:lang w:val="ca-ES"/>
              </w:rPr>
              <w:t>1.º — matí</w:t>
            </w:r>
          </w:p>
        </w:tc>
        <w:tc>
          <w:tcPr>
            <w:tcW w:w="2268" w:type="dxa"/>
            <w:vAlign w:val="center"/>
          </w:tcPr>
          <w:p w14:paraId="2ED201B3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1GA</w:t>
            </w:r>
          </w:p>
        </w:tc>
        <w:tc>
          <w:tcPr>
            <w:tcW w:w="2268" w:type="dxa"/>
            <w:vAlign w:val="center"/>
          </w:tcPr>
          <w:p w14:paraId="679FE840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S1-01</w:t>
            </w:r>
          </w:p>
        </w:tc>
      </w:tr>
      <w:tr w:rsidR="00545FF3" w:rsidRPr="00E97E87" w14:paraId="7954F261" w14:textId="77777777" w:rsidTr="00741B8C">
        <w:trPr>
          <w:cantSplit/>
          <w:jc w:val="center"/>
        </w:trPr>
        <w:tc>
          <w:tcPr>
            <w:tcW w:w="1422" w:type="dxa"/>
            <w:vMerge/>
            <w:vAlign w:val="center"/>
          </w:tcPr>
          <w:p w14:paraId="4E0588A9" w14:textId="084F246A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45588E0A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1AF</w:t>
            </w:r>
          </w:p>
        </w:tc>
        <w:tc>
          <w:tcPr>
            <w:tcW w:w="2268" w:type="dxa"/>
            <w:vAlign w:val="center"/>
          </w:tcPr>
          <w:p w14:paraId="57EB4F7A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S1-08</w:t>
            </w:r>
          </w:p>
        </w:tc>
      </w:tr>
      <w:tr w:rsidR="00545FF3" w:rsidRPr="00E97E87" w14:paraId="1417557A" w14:textId="77777777" w:rsidTr="00741B8C">
        <w:trPr>
          <w:cantSplit/>
          <w:jc w:val="center"/>
        </w:trPr>
        <w:tc>
          <w:tcPr>
            <w:tcW w:w="1422" w:type="dxa"/>
            <w:vMerge/>
            <w:vAlign w:val="center"/>
          </w:tcPr>
          <w:p w14:paraId="4AE36521" w14:textId="5F34A782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10AB806D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1SMXB</w:t>
            </w:r>
          </w:p>
        </w:tc>
        <w:tc>
          <w:tcPr>
            <w:tcW w:w="2268" w:type="dxa"/>
            <w:vAlign w:val="center"/>
          </w:tcPr>
          <w:p w14:paraId="7B01EE13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S2-02</w:t>
            </w:r>
          </w:p>
        </w:tc>
      </w:tr>
      <w:tr w:rsidR="00545FF3" w:rsidRPr="00E97E87" w14:paraId="3E591BEC" w14:textId="77777777" w:rsidTr="00741B8C">
        <w:trPr>
          <w:cantSplit/>
          <w:jc w:val="center"/>
        </w:trPr>
        <w:tc>
          <w:tcPr>
            <w:tcW w:w="1422" w:type="dxa"/>
            <w:vMerge/>
            <w:vAlign w:val="center"/>
          </w:tcPr>
          <w:p w14:paraId="5E36E57C" w14:textId="020B1E7E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7B0EC0C7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1SMXC</w:t>
            </w:r>
          </w:p>
        </w:tc>
        <w:tc>
          <w:tcPr>
            <w:tcW w:w="2268" w:type="dxa"/>
            <w:vAlign w:val="center"/>
          </w:tcPr>
          <w:p w14:paraId="1477432F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S2-11</w:t>
            </w:r>
          </w:p>
        </w:tc>
      </w:tr>
      <w:tr w:rsidR="00545FF3" w:rsidRPr="00E97E87" w14:paraId="43E76B6E" w14:textId="77777777" w:rsidTr="00741B8C">
        <w:trPr>
          <w:cantSplit/>
          <w:jc w:val="center"/>
        </w:trPr>
        <w:tc>
          <w:tcPr>
            <w:tcW w:w="1422" w:type="dxa"/>
            <w:vMerge/>
            <w:vAlign w:val="center"/>
          </w:tcPr>
          <w:p w14:paraId="7B90F68E" w14:textId="7F9D6956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034F9AB4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1DAM</w:t>
            </w:r>
          </w:p>
        </w:tc>
        <w:tc>
          <w:tcPr>
            <w:tcW w:w="2268" w:type="dxa"/>
            <w:vAlign w:val="center"/>
          </w:tcPr>
          <w:p w14:paraId="1FC78288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S1-10</w:t>
            </w:r>
          </w:p>
        </w:tc>
      </w:tr>
      <w:tr w:rsidR="00545FF3" w:rsidRPr="00E97E87" w14:paraId="583B8795" w14:textId="77777777" w:rsidTr="00741B8C">
        <w:trPr>
          <w:cantSplit/>
          <w:jc w:val="center"/>
        </w:trPr>
        <w:tc>
          <w:tcPr>
            <w:tcW w:w="1422" w:type="dxa"/>
            <w:vMerge/>
            <w:vAlign w:val="center"/>
          </w:tcPr>
          <w:p w14:paraId="20113481" w14:textId="54DF16D5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4F17EEA9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1FPB</w:t>
            </w:r>
          </w:p>
        </w:tc>
        <w:tc>
          <w:tcPr>
            <w:tcW w:w="2268" w:type="dxa"/>
            <w:vAlign w:val="center"/>
          </w:tcPr>
          <w:p w14:paraId="7B892ACA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S1-03</w:t>
            </w:r>
          </w:p>
        </w:tc>
      </w:tr>
      <w:tr w:rsidR="00545FF3" w:rsidRPr="00E97E87" w14:paraId="089F7A3F" w14:textId="77777777" w:rsidTr="00741B8C">
        <w:trPr>
          <w:cantSplit/>
          <w:jc w:val="center"/>
        </w:trPr>
        <w:tc>
          <w:tcPr>
            <w:tcW w:w="1422" w:type="dxa"/>
            <w:vMerge w:val="restart"/>
            <w:vAlign w:val="center"/>
          </w:tcPr>
          <w:p w14:paraId="7ECD573C" w14:textId="55D76D6A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7"/>
                <w:lang w:val="ca-ES"/>
              </w:rPr>
              <w:t>2.º — vesprada</w:t>
            </w:r>
          </w:p>
        </w:tc>
        <w:tc>
          <w:tcPr>
            <w:tcW w:w="2268" w:type="dxa"/>
            <w:vAlign w:val="center"/>
          </w:tcPr>
          <w:p w14:paraId="26989F85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2DAW</w:t>
            </w:r>
          </w:p>
        </w:tc>
        <w:tc>
          <w:tcPr>
            <w:tcW w:w="2268" w:type="dxa"/>
            <w:vAlign w:val="center"/>
          </w:tcPr>
          <w:p w14:paraId="6D87AA5C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S2-08</w:t>
            </w:r>
          </w:p>
        </w:tc>
      </w:tr>
      <w:tr w:rsidR="00545FF3" w:rsidRPr="00E97E87" w14:paraId="744DED34" w14:textId="77777777" w:rsidTr="00741B8C">
        <w:trPr>
          <w:cantSplit/>
          <w:jc w:val="center"/>
        </w:trPr>
        <w:tc>
          <w:tcPr>
            <w:tcW w:w="1422" w:type="dxa"/>
            <w:vMerge/>
            <w:vAlign w:val="center"/>
          </w:tcPr>
          <w:p w14:paraId="692168E0" w14:textId="3CB0138D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41C136BC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2ASIX-B</w:t>
            </w:r>
          </w:p>
        </w:tc>
        <w:tc>
          <w:tcPr>
            <w:tcW w:w="2268" w:type="dxa"/>
            <w:vAlign w:val="center"/>
          </w:tcPr>
          <w:p w14:paraId="214BCEEC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S2-12</w:t>
            </w:r>
          </w:p>
        </w:tc>
      </w:tr>
      <w:tr w:rsidR="00545FF3" w:rsidRPr="00E97E87" w14:paraId="2A35FC68" w14:textId="77777777" w:rsidTr="00741B8C">
        <w:trPr>
          <w:cantSplit/>
          <w:jc w:val="center"/>
        </w:trPr>
        <w:tc>
          <w:tcPr>
            <w:tcW w:w="1422" w:type="dxa"/>
            <w:vMerge/>
            <w:vAlign w:val="center"/>
          </w:tcPr>
          <w:p w14:paraId="6C91C9F1" w14:textId="49EAEEB9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2FFD0B87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2TASOCT</w:t>
            </w:r>
          </w:p>
        </w:tc>
        <w:tc>
          <w:tcPr>
            <w:tcW w:w="2268" w:type="dxa"/>
            <w:vAlign w:val="center"/>
          </w:tcPr>
          <w:p w14:paraId="0FFAF92D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N1-05</w:t>
            </w:r>
          </w:p>
        </w:tc>
      </w:tr>
      <w:tr w:rsidR="00545FF3" w:rsidRPr="00E97E87" w14:paraId="5E81494A" w14:textId="77777777" w:rsidTr="00741B8C">
        <w:trPr>
          <w:cantSplit/>
          <w:jc w:val="center"/>
        </w:trPr>
        <w:tc>
          <w:tcPr>
            <w:tcW w:w="1422" w:type="dxa"/>
            <w:vMerge/>
            <w:vAlign w:val="center"/>
          </w:tcPr>
          <w:p w14:paraId="7420D913" w14:textId="54D51BA1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2B34B00E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2TIS</w:t>
            </w:r>
          </w:p>
        </w:tc>
        <w:tc>
          <w:tcPr>
            <w:tcW w:w="2268" w:type="dxa"/>
            <w:vAlign w:val="center"/>
          </w:tcPr>
          <w:p w14:paraId="4709D01A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N1-04</w:t>
            </w:r>
          </w:p>
        </w:tc>
      </w:tr>
      <w:tr w:rsidR="00545FF3" w:rsidRPr="00E97E87" w14:paraId="1DF50F26" w14:textId="77777777" w:rsidTr="00741B8C">
        <w:trPr>
          <w:cantSplit/>
          <w:jc w:val="center"/>
        </w:trPr>
        <w:tc>
          <w:tcPr>
            <w:tcW w:w="1422" w:type="dxa"/>
            <w:vMerge/>
            <w:vAlign w:val="center"/>
          </w:tcPr>
          <w:p w14:paraId="20E57F8A" w14:textId="0E91C2F6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1F5A9AF1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2TEI</w:t>
            </w:r>
          </w:p>
        </w:tc>
        <w:tc>
          <w:tcPr>
            <w:tcW w:w="2268" w:type="dxa"/>
            <w:vAlign w:val="center"/>
          </w:tcPr>
          <w:p w14:paraId="22291AC7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S1-09</w:t>
            </w:r>
          </w:p>
        </w:tc>
      </w:tr>
      <w:tr w:rsidR="00545FF3" w:rsidRPr="00E97E87" w14:paraId="28A18D32" w14:textId="77777777" w:rsidTr="00741B8C">
        <w:trPr>
          <w:cantSplit/>
          <w:jc w:val="center"/>
        </w:trPr>
        <w:tc>
          <w:tcPr>
            <w:tcW w:w="1422" w:type="dxa"/>
            <w:vMerge/>
            <w:vAlign w:val="center"/>
          </w:tcPr>
          <w:p w14:paraId="5D52E9E3" w14:textId="08F1182F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50E39570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2SMXD</w:t>
            </w:r>
          </w:p>
        </w:tc>
        <w:tc>
          <w:tcPr>
            <w:tcW w:w="2268" w:type="dxa"/>
            <w:vAlign w:val="center"/>
          </w:tcPr>
          <w:p w14:paraId="0C2954A9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S2-11</w:t>
            </w:r>
          </w:p>
        </w:tc>
      </w:tr>
      <w:tr w:rsidR="00545FF3" w:rsidRPr="00E97E87" w14:paraId="63D9638D" w14:textId="77777777" w:rsidTr="00741B8C">
        <w:trPr>
          <w:cantSplit/>
          <w:jc w:val="center"/>
        </w:trPr>
        <w:tc>
          <w:tcPr>
            <w:tcW w:w="1422" w:type="dxa"/>
            <w:vMerge w:val="restart"/>
            <w:vAlign w:val="center"/>
          </w:tcPr>
          <w:p w14:paraId="58B27AAC" w14:textId="1686E0D3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7"/>
                <w:lang w:val="ca-ES"/>
              </w:rPr>
              <w:t>1.º — vesprada</w:t>
            </w:r>
          </w:p>
        </w:tc>
        <w:tc>
          <w:tcPr>
            <w:tcW w:w="2268" w:type="dxa"/>
            <w:vAlign w:val="center"/>
          </w:tcPr>
          <w:p w14:paraId="52190B93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1DAW</w:t>
            </w:r>
          </w:p>
        </w:tc>
        <w:tc>
          <w:tcPr>
            <w:tcW w:w="2268" w:type="dxa"/>
            <w:vAlign w:val="center"/>
          </w:tcPr>
          <w:p w14:paraId="4BF07C32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S2-05</w:t>
            </w:r>
          </w:p>
        </w:tc>
      </w:tr>
      <w:tr w:rsidR="00545FF3" w:rsidRPr="00E97E87" w14:paraId="7A56B47D" w14:textId="77777777" w:rsidTr="00741B8C">
        <w:trPr>
          <w:cantSplit/>
          <w:jc w:val="center"/>
        </w:trPr>
        <w:tc>
          <w:tcPr>
            <w:tcW w:w="1422" w:type="dxa"/>
            <w:vMerge/>
            <w:vAlign w:val="center"/>
          </w:tcPr>
          <w:p w14:paraId="25CD0CD0" w14:textId="4A5D0CC4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46715351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1ASIX-B</w:t>
            </w:r>
          </w:p>
        </w:tc>
        <w:tc>
          <w:tcPr>
            <w:tcW w:w="2268" w:type="dxa"/>
            <w:vAlign w:val="center"/>
          </w:tcPr>
          <w:p w14:paraId="0CE64E4E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S2-10</w:t>
            </w:r>
          </w:p>
        </w:tc>
      </w:tr>
      <w:tr w:rsidR="00545FF3" w:rsidRPr="00E97E87" w14:paraId="48B0E64E" w14:textId="77777777" w:rsidTr="00741B8C">
        <w:trPr>
          <w:cantSplit/>
          <w:jc w:val="center"/>
        </w:trPr>
        <w:tc>
          <w:tcPr>
            <w:tcW w:w="1422" w:type="dxa"/>
            <w:vMerge/>
            <w:vAlign w:val="center"/>
          </w:tcPr>
          <w:p w14:paraId="6B571B6A" w14:textId="6EBFA885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07C3A307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1TASOCT</w:t>
            </w:r>
          </w:p>
        </w:tc>
        <w:tc>
          <w:tcPr>
            <w:tcW w:w="2268" w:type="dxa"/>
            <w:vAlign w:val="center"/>
          </w:tcPr>
          <w:p w14:paraId="1F924013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N1-01</w:t>
            </w:r>
          </w:p>
        </w:tc>
      </w:tr>
      <w:tr w:rsidR="00545FF3" w:rsidRPr="00E97E87" w14:paraId="6444D46F" w14:textId="77777777" w:rsidTr="00741B8C">
        <w:trPr>
          <w:cantSplit/>
          <w:jc w:val="center"/>
        </w:trPr>
        <w:tc>
          <w:tcPr>
            <w:tcW w:w="1422" w:type="dxa"/>
            <w:vMerge/>
            <w:vAlign w:val="center"/>
          </w:tcPr>
          <w:p w14:paraId="45800A2A" w14:textId="49B0F70B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5C12C034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1TIS</w:t>
            </w:r>
          </w:p>
        </w:tc>
        <w:tc>
          <w:tcPr>
            <w:tcW w:w="2268" w:type="dxa"/>
            <w:vAlign w:val="center"/>
          </w:tcPr>
          <w:p w14:paraId="64E9468F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S1-07</w:t>
            </w:r>
          </w:p>
        </w:tc>
      </w:tr>
      <w:tr w:rsidR="00545FF3" w:rsidRPr="00E97E87" w14:paraId="2B257DC0" w14:textId="77777777" w:rsidTr="00741B8C">
        <w:trPr>
          <w:cantSplit/>
          <w:jc w:val="center"/>
        </w:trPr>
        <w:tc>
          <w:tcPr>
            <w:tcW w:w="1422" w:type="dxa"/>
            <w:vMerge/>
            <w:vAlign w:val="center"/>
          </w:tcPr>
          <w:p w14:paraId="3F968329" w14:textId="25023D16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0C3297C3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1TEI</w:t>
            </w:r>
          </w:p>
        </w:tc>
        <w:tc>
          <w:tcPr>
            <w:tcW w:w="2268" w:type="dxa"/>
            <w:vAlign w:val="center"/>
          </w:tcPr>
          <w:p w14:paraId="46C91488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S1-11</w:t>
            </w:r>
          </w:p>
        </w:tc>
      </w:tr>
      <w:tr w:rsidR="00545FF3" w:rsidRPr="00E97E87" w14:paraId="2C59CC34" w14:textId="77777777" w:rsidTr="00741B8C">
        <w:trPr>
          <w:cantSplit/>
          <w:jc w:val="center"/>
        </w:trPr>
        <w:tc>
          <w:tcPr>
            <w:tcW w:w="1422" w:type="dxa"/>
            <w:vMerge/>
            <w:vAlign w:val="center"/>
          </w:tcPr>
          <w:p w14:paraId="5855E825" w14:textId="61EE3188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72B7B286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1SMXD</w:t>
            </w:r>
          </w:p>
        </w:tc>
        <w:tc>
          <w:tcPr>
            <w:tcW w:w="2268" w:type="dxa"/>
            <w:vAlign w:val="center"/>
          </w:tcPr>
          <w:p w14:paraId="5AF2B6C0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S2-02</w:t>
            </w:r>
          </w:p>
        </w:tc>
      </w:tr>
    </w:tbl>
    <w:p w14:paraId="0BFBA250" w14:textId="3D3DC6FC" w:rsidR="007C53DA" w:rsidRPr="00E97E87" w:rsidRDefault="00B8139A" w:rsidP="00182DA8">
      <w:pPr>
        <w:spacing w:before="140" w:after="60" w:line="360" w:lineRule="auto"/>
        <w:rPr>
          <w:rFonts w:ascii="Arial" w:hAnsi="Arial" w:cs="Arial"/>
          <w:lang w:val="ca-ES"/>
        </w:rPr>
      </w:pPr>
      <w:r w:rsidRPr="00E97E87">
        <w:rPr>
          <w:rFonts w:ascii="Arial" w:hAnsi="Arial" w:cs="Arial"/>
          <w:b/>
          <w:sz w:val="24"/>
          <w:lang w:val="ca-ES"/>
        </w:rPr>
        <w:t>Cicles Formatius</w:t>
      </w:r>
      <w:r w:rsidR="00000000" w:rsidRPr="00E97E87">
        <w:rPr>
          <w:rFonts w:ascii="Arial" w:hAnsi="Arial" w:cs="Arial"/>
          <w:b/>
          <w:sz w:val="24"/>
          <w:lang w:val="ca-ES"/>
        </w:rPr>
        <w:t xml:space="preserve">— </w:t>
      </w:r>
      <w:proofErr w:type="spellStart"/>
      <w:r w:rsidR="00000000" w:rsidRPr="00E97E87">
        <w:rPr>
          <w:rFonts w:ascii="Arial" w:hAnsi="Arial" w:cs="Arial"/>
          <w:b/>
          <w:sz w:val="24"/>
          <w:lang w:val="ca-ES"/>
        </w:rPr>
        <w:t>semipresencial</w:t>
      </w:r>
      <w:proofErr w:type="spellEnd"/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280"/>
        <w:gridCol w:w="2268"/>
        <w:gridCol w:w="2268"/>
      </w:tblGrid>
      <w:tr w:rsidR="00545FF3" w:rsidRPr="00E97E87" w14:paraId="7EE29A1B" w14:textId="77777777" w:rsidTr="00741B8C">
        <w:trPr>
          <w:jc w:val="center"/>
        </w:trPr>
        <w:tc>
          <w:tcPr>
            <w:tcW w:w="1280" w:type="dxa"/>
            <w:shd w:val="clear" w:color="auto" w:fill="EDEDED"/>
            <w:vAlign w:val="center"/>
          </w:tcPr>
          <w:p w14:paraId="4F8E8C1C" w14:textId="62A89D7D" w:rsidR="00545FF3" w:rsidRPr="00E97E87" w:rsidRDefault="00545FF3" w:rsidP="00182DA8">
            <w:pPr>
              <w:spacing w:line="360" w:lineRule="auto"/>
              <w:jc w:val="center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8"/>
                <w:lang w:val="ca-ES"/>
              </w:rPr>
              <w:t>Torn</w:t>
            </w:r>
          </w:p>
        </w:tc>
        <w:tc>
          <w:tcPr>
            <w:tcW w:w="2268" w:type="dxa"/>
            <w:shd w:val="clear" w:color="auto" w:fill="EDEDED"/>
            <w:vAlign w:val="center"/>
          </w:tcPr>
          <w:p w14:paraId="2AA1FF17" w14:textId="251EC63A" w:rsidR="00545FF3" w:rsidRPr="00E97E87" w:rsidRDefault="00545FF3" w:rsidP="00182DA8">
            <w:pPr>
              <w:spacing w:line="360" w:lineRule="auto"/>
              <w:jc w:val="center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8"/>
                <w:lang w:val="ca-ES"/>
              </w:rPr>
              <w:t>Grup</w:t>
            </w:r>
          </w:p>
        </w:tc>
        <w:tc>
          <w:tcPr>
            <w:tcW w:w="2268" w:type="dxa"/>
            <w:shd w:val="clear" w:color="auto" w:fill="EDEDED"/>
            <w:vAlign w:val="center"/>
          </w:tcPr>
          <w:p w14:paraId="2D32548E" w14:textId="77777777" w:rsidR="00545FF3" w:rsidRPr="00E97E87" w:rsidRDefault="00545FF3" w:rsidP="00182DA8">
            <w:pPr>
              <w:spacing w:line="360" w:lineRule="auto"/>
              <w:jc w:val="center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8"/>
                <w:lang w:val="ca-ES"/>
              </w:rPr>
              <w:t>Aula</w:t>
            </w:r>
          </w:p>
        </w:tc>
      </w:tr>
      <w:tr w:rsidR="00545FF3" w:rsidRPr="00E97E87" w14:paraId="32BC003F" w14:textId="77777777" w:rsidTr="00741B8C">
        <w:trPr>
          <w:cantSplit/>
          <w:jc w:val="center"/>
        </w:trPr>
        <w:tc>
          <w:tcPr>
            <w:tcW w:w="1280" w:type="dxa"/>
            <w:vMerge w:val="restart"/>
            <w:vAlign w:val="center"/>
          </w:tcPr>
          <w:p w14:paraId="563F0BCC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7"/>
                <w:lang w:val="ca-ES"/>
              </w:rPr>
              <w:t>2.º</w:t>
            </w:r>
          </w:p>
        </w:tc>
        <w:tc>
          <w:tcPr>
            <w:tcW w:w="2268" w:type="dxa"/>
            <w:vAlign w:val="center"/>
          </w:tcPr>
          <w:p w14:paraId="4BB4730A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2AF</w:t>
            </w:r>
          </w:p>
        </w:tc>
        <w:tc>
          <w:tcPr>
            <w:tcW w:w="2268" w:type="dxa"/>
            <w:vAlign w:val="center"/>
          </w:tcPr>
          <w:p w14:paraId="097398DD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S1-10</w:t>
            </w:r>
          </w:p>
        </w:tc>
      </w:tr>
      <w:tr w:rsidR="00545FF3" w:rsidRPr="00E97E87" w14:paraId="276B016A" w14:textId="77777777" w:rsidTr="00741B8C">
        <w:trPr>
          <w:cantSplit/>
          <w:jc w:val="center"/>
        </w:trPr>
        <w:tc>
          <w:tcPr>
            <w:tcW w:w="1280" w:type="dxa"/>
            <w:vMerge/>
            <w:vAlign w:val="center"/>
          </w:tcPr>
          <w:p w14:paraId="71623FEF" w14:textId="297AFCCC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613BA5DD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2DAM</w:t>
            </w:r>
          </w:p>
        </w:tc>
        <w:tc>
          <w:tcPr>
            <w:tcW w:w="2268" w:type="dxa"/>
            <w:vAlign w:val="center"/>
          </w:tcPr>
          <w:p w14:paraId="4BDAE409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N1-14</w:t>
            </w:r>
          </w:p>
        </w:tc>
      </w:tr>
      <w:tr w:rsidR="00545FF3" w:rsidRPr="00E97E87" w14:paraId="67563D09" w14:textId="77777777" w:rsidTr="00741B8C">
        <w:trPr>
          <w:cantSplit/>
          <w:jc w:val="center"/>
        </w:trPr>
        <w:tc>
          <w:tcPr>
            <w:tcW w:w="1280" w:type="dxa"/>
            <w:vMerge/>
            <w:vAlign w:val="center"/>
          </w:tcPr>
          <w:p w14:paraId="4F2218AC" w14:textId="6E40DDCC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6A195E2A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2ASIX-R</w:t>
            </w:r>
          </w:p>
        </w:tc>
        <w:tc>
          <w:tcPr>
            <w:tcW w:w="2268" w:type="dxa"/>
            <w:vAlign w:val="center"/>
          </w:tcPr>
          <w:p w14:paraId="78517083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S2-06</w:t>
            </w:r>
          </w:p>
        </w:tc>
      </w:tr>
      <w:tr w:rsidR="00545FF3" w:rsidRPr="00E97E87" w14:paraId="38AA5CDB" w14:textId="77777777" w:rsidTr="00741B8C">
        <w:trPr>
          <w:cantSplit/>
          <w:jc w:val="center"/>
        </w:trPr>
        <w:tc>
          <w:tcPr>
            <w:tcW w:w="1280" w:type="dxa"/>
            <w:vMerge/>
            <w:vAlign w:val="center"/>
          </w:tcPr>
          <w:p w14:paraId="72706E3D" w14:textId="4989C415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5E42108C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2DAW</w:t>
            </w:r>
          </w:p>
        </w:tc>
        <w:tc>
          <w:tcPr>
            <w:tcW w:w="2268" w:type="dxa"/>
            <w:vAlign w:val="center"/>
          </w:tcPr>
          <w:p w14:paraId="338CB938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N2-14</w:t>
            </w:r>
          </w:p>
        </w:tc>
      </w:tr>
      <w:tr w:rsidR="00545FF3" w:rsidRPr="00E97E87" w14:paraId="5FEDA349" w14:textId="77777777" w:rsidTr="00741B8C">
        <w:trPr>
          <w:cantSplit/>
          <w:jc w:val="center"/>
        </w:trPr>
        <w:tc>
          <w:tcPr>
            <w:tcW w:w="1280" w:type="dxa"/>
            <w:vMerge/>
            <w:vAlign w:val="center"/>
          </w:tcPr>
          <w:p w14:paraId="7AB90A48" w14:textId="453445E6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27CC6C5C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2SMXR</w:t>
            </w:r>
          </w:p>
        </w:tc>
        <w:tc>
          <w:tcPr>
            <w:tcW w:w="2268" w:type="dxa"/>
            <w:vAlign w:val="center"/>
          </w:tcPr>
          <w:p w14:paraId="25FC6CFB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N1-01</w:t>
            </w:r>
          </w:p>
        </w:tc>
      </w:tr>
      <w:tr w:rsidR="00545FF3" w:rsidRPr="00E97E87" w14:paraId="0C143736" w14:textId="77777777" w:rsidTr="00741B8C">
        <w:trPr>
          <w:cantSplit/>
          <w:jc w:val="center"/>
        </w:trPr>
        <w:tc>
          <w:tcPr>
            <w:tcW w:w="1280" w:type="dxa"/>
            <w:vMerge w:val="restart"/>
            <w:vAlign w:val="center"/>
          </w:tcPr>
          <w:p w14:paraId="3A9E1A03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7"/>
                <w:lang w:val="ca-ES"/>
              </w:rPr>
              <w:t>1.º</w:t>
            </w:r>
          </w:p>
        </w:tc>
        <w:tc>
          <w:tcPr>
            <w:tcW w:w="2268" w:type="dxa"/>
            <w:vAlign w:val="center"/>
          </w:tcPr>
          <w:p w14:paraId="5E58AD8B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1AF</w:t>
            </w:r>
          </w:p>
        </w:tc>
        <w:tc>
          <w:tcPr>
            <w:tcW w:w="2268" w:type="dxa"/>
            <w:vAlign w:val="center"/>
          </w:tcPr>
          <w:p w14:paraId="183A351C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S1-08</w:t>
            </w:r>
          </w:p>
        </w:tc>
      </w:tr>
      <w:tr w:rsidR="00545FF3" w:rsidRPr="00E97E87" w14:paraId="438446E1" w14:textId="77777777" w:rsidTr="00741B8C">
        <w:trPr>
          <w:cantSplit/>
          <w:jc w:val="center"/>
        </w:trPr>
        <w:tc>
          <w:tcPr>
            <w:tcW w:w="1280" w:type="dxa"/>
            <w:vMerge/>
            <w:vAlign w:val="center"/>
          </w:tcPr>
          <w:p w14:paraId="7E96C364" w14:textId="020D72D1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78D2DD0B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1DAM</w:t>
            </w:r>
          </w:p>
        </w:tc>
        <w:tc>
          <w:tcPr>
            <w:tcW w:w="2268" w:type="dxa"/>
            <w:vAlign w:val="center"/>
          </w:tcPr>
          <w:p w14:paraId="08EE92D9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N1-14</w:t>
            </w:r>
          </w:p>
        </w:tc>
      </w:tr>
      <w:tr w:rsidR="00545FF3" w:rsidRPr="00E97E87" w14:paraId="608F4D6F" w14:textId="77777777" w:rsidTr="00741B8C">
        <w:trPr>
          <w:cantSplit/>
          <w:jc w:val="center"/>
        </w:trPr>
        <w:tc>
          <w:tcPr>
            <w:tcW w:w="1280" w:type="dxa"/>
            <w:vMerge/>
            <w:vAlign w:val="center"/>
          </w:tcPr>
          <w:p w14:paraId="449FFA7B" w14:textId="58FA6E5A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48592B3B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1ASIX-R</w:t>
            </w:r>
          </w:p>
        </w:tc>
        <w:tc>
          <w:tcPr>
            <w:tcW w:w="2268" w:type="dxa"/>
            <w:vAlign w:val="center"/>
          </w:tcPr>
          <w:p w14:paraId="63AF8BB3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S2-06</w:t>
            </w:r>
          </w:p>
        </w:tc>
      </w:tr>
      <w:tr w:rsidR="00545FF3" w:rsidRPr="00E97E87" w14:paraId="363E1981" w14:textId="77777777" w:rsidTr="00741B8C">
        <w:trPr>
          <w:cantSplit/>
          <w:jc w:val="center"/>
        </w:trPr>
        <w:tc>
          <w:tcPr>
            <w:tcW w:w="1280" w:type="dxa"/>
            <w:vMerge/>
            <w:vAlign w:val="center"/>
          </w:tcPr>
          <w:p w14:paraId="749A7B61" w14:textId="1A6855E8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657C3332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1DAW</w:t>
            </w:r>
          </w:p>
        </w:tc>
        <w:tc>
          <w:tcPr>
            <w:tcW w:w="2268" w:type="dxa"/>
            <w:vAlign w:val="center"/>
          </w:tcPr>
          <w:p w14:paraId="6419361E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N2-14</w:t>
            </w:r>
          </w:p>
        </w:tc>
      </w:tr>
      <w:tr w:rsidR="00545FF3" w:rsidRPr="00E97E87" w14:paraId="00BB7293" w14:textId="77777777" w:rsidTr="00741B8C">
        <w:trPr>
          <w:cantSplit/>
          <w:jc w:val="center"/>
        </w:trPr>
        <w:tc>
          <w:tcPr>
            <w:tcW w:w="1280" w:type="dxa"/>
            <w:vMerge/>
            <w:vAlign w:val="center"/>
          </w:tcPr>
          <w:p w14:paraId="07654654" w14:textId="2FB45C48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5347BD89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1SMXR</w:t>
            </w:r>
          </w:p>
        </w:tc>
        <w:tc>
          <w:tcPr>
            <w:tcW w:w="2268" w:type="dxa"/>
            <w:vAlign w:val="center"/>
          </w:tcPr>
          <w:p w14:paraId="48D72536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N0-01</w:t>
            </w:r>
          </w:p>
        </w:tc>
      </w:tr>
    </w:tbl>
    <w:p w14:paraId="48A0BA97" w14:textId="77777777" w:rsidR="00182DA8" w:rsidRPr="00E97E87" w:rsidRDefault="00182DA8" w:rsidP="00182DA8">
      <w:pPr>
        <w:spacing w:before="140" w:after="60" w:line="360" w:lineRule="auto"/>
        <w:rPr>
          <w:rFonts w:ascii="Arial" w:hAnsi="Arial" w:cs="Arial"/>
          <w:b/>
          <w:sz w:val="24"/>
          <w:lang w:val="ca-ES"/>
        </w:rPr>
      </w:pPr>
    </w:p>
    <w:p w14:paraId="32966439" w14:textId="77777777" w:rsidR="00182DA8" w:rsidRPr="00E97E87" w:rsidRDefault="00182DA8" w:rsidP="00182DA8">
      <w:pPr>
        <w:spacing w:before="140" w:after="60" w:line="360" w:lineRule="auto"/>
        <w:rPr>
          <w:rFonts w:ascii="Arial" w:hAnsi="Arial" w:cs="Arial"/>
          <w:b/>
          <w:sz w:val="24"/>
          <w:lang w:val="ca-ES"/>
        </w:rPr>
      </w:pPr>
    </w:p>
    <w:p w14:paraId="78771DBF" w14:textId="77777777" w:rsidR="00182DA8" w:rsidRPr="00E97E87" w:rsidRDefault="00182DA8" w:rsidP="00182DA8">
      <w:pPr>
        <w:spacing w:before="140" w:after="60" w:line="360" w:lineRule="auto"/>
        <w:rPr>
          <w:rFonts w:ascii="Arial" w:hAnsi="Arial" w:cs="Arial"/>
          <w:b/>
          <w:sz w:val="24"/>
          <w:lang w:val="ca-ES"/>
        </w:rPr>
      </w:pPr>
    </w:p>
    <w:p w14:paraId="32270F60" w14:textId="53004BF7" w:rsidR="007C53DA" w:rsidRPr="00E97E87" w:rsidRDefault="00000000" w:rsidP="00182DA8">
      <w:pPr>
        <w:spacing w:before="140" w:after="60" w:line="360" w:lineRule="auto"/>
        <w:rPr>
          <w:rFonts w:ascii="Arial" w:hAnsi="Arial" w:cs="Arial"/>
          <w:lang w:val="ca-ES"/>
        </w:rPr>
      </w:pPr>
      <w:r w:rsidRPr="00E97E87">
        <w:rPr>
          <w:rFonts w:ascii="Arial" w:hAnsi="Arial" w:cs="Arial"/>
          <w:b/>
          <w:sz w:val="24"/>
          <w:lang w:val="ca-ES"/>
        </w:rPr>
        <w:t>Curs</w:t>
      </w:r>
      <w:r w:rsidR="00B8139A" w:rsidRPr="00E97E87">
        <w:rPr>
          <w:rFonts w:ascii="Arial" w:hAnsi="Arial" w:cs="Arial"/>
          <w:b/>
          <w:sz w:val="24"/>
          <w:lang w:val="ca-ES"/>
        </w:rPr>
        <w:t xml:space="preserve"> </w:t>
      </w:r>
      <w:r w:rsidRPr="00E97E87">
        <w:rPr>
          <w:rFonts w:ascii="Arial" w:hAnsi="Arial" w:cs="Arial"/>
          <w:b/>
          <w:sz w:val="24"/>
          <w:lang w:val="ca-ES"/>
        </w:rPr>
        <w:t>d</w:t>
      </w:r>
      <w:r w:rsidR="00B8139A" w:rsidRPr="00E97E87">
        <w:rPr>
          <w:rFonts w:ascii="Arial" w:hAnsi="Arial" w:cs="Arial"/>
          <w:b/>
          <w:sz w:val="24"/>
          <w:lang w:val="ca-ES"/>
        </w:rPr>
        <w:t>’</w:t>
      </w:r>
      <w:r w:rsidRPr="00E97E87">
        <w:rPr>
          <w:rFonts w:ascii="Arial" w:hAnsi="Arial" w:cs="Arial"/>
          <w:b/>
          <w:sz w:val="24"/>
          <w:lang w:val="ca-ES"/>
        </w:rPr>
        <w:t>Especiali</w:t>
      </w:r>
      <w:r w:rsidR="00B8139A" w:rsidRPr="00E97E87">
        <w:rPr>
          <w:rFonts w:ascii="Arial" w:hAnsi="Arial" w:cs="Arial"/>
          <w:b/>
          <w:sz w:val="24"/>
          <w:lang w:val="ca-ES"/>
        </w:rPr>
        <w:t>tzació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2835"/>
      </w:tblGrid>
      <w:tr w:rsidR="00545FF3" w:rsidRPr="00E97E87" w14:paraId="27A6FCBE" w14:textId="77777777">
        <w:trPr>
          <w:jc w:val="center"/>
        </w:trPr>
        <w:tc>
          <w:tcPr>
            <w:tcW w:w="2835" w:type="dxa"/>
            <w:shd w:val="clear" w:color="auto" w:fill="EDEDED"/>
            <w:vAlign w:val="center"/>
          </w:tcPr>
          <w:p w14:paraId="1F85A288" w14:textId="389D596F" w:rsidR="00545FF3" w:rsidRPr="00E97E87" w:rsidRDefault="00545FF3" w:rsidP="00182DA8">
            <w:pPr>
              <w:spacing w:line="360" w:lineRule="auto"/>
              <w:jc w:val="center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8"/>
                <w:lang w:val="ca-ES"/>
              </w:rPr>
              <w:t>Grup</w:t>
            </w:r>
          </w:p>
        </w:tc>
        <w:tc>
          <w:tcPr>
            <w:tcW w:w="2835" w:type="dxa"/>
            <w:shd w:val="clear" w:color="auto" w:fill="EDEDED"/>
            <w:vAlign w:val="center"/>
          </w:tcPr>
          <w:p w14:paraId="265F0DF3" w14:textId="77777777" w:rsidR="00545FF3" w:rsidRPr="00E97E87" w:rsidRDefault="00545FF3" w:rsidP="00182DA8">
            <w:pPr>
              <w:spacing w:line="360" w:lineRule="auto"/>
              <w:jc w:val="center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8"/>
                <w:lang w:val="ca-ES"/>
              </w:rPr>
              <w:t>Aula</w:t>
            </w:r>
          </w:p>
        </w:tc>
      </w:tr>
      <w:tr w:rsidR="00545FF3" w:rsidRPr="00E97E87" w14:paraId="111BD159" w14:textId="77777777">
        <w:trPr>
          <w:cantSplit/>
          <w:jc w:val="center"/>
        </w:trPr>
        <w:tc>
          <w:tcPr>
            <w:tcW w:w="2835" w:type="dxa"/>
            <w:vAlign w:val="center"/>
          </w:tcPr>
          <w:p w14:paraId="4C3ADA37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b/>
                <w:sz w:val="17"/>
                <w:lang w:val="ca-ES"/>
              </w:rPr>
              <w:t>1CE</w:t>
            </w:r>
          </w:p>
        </w:tc>
        <w:tc>
          <w:tcPr>
            <w:tcW w:w="2835" w:type="dxa"/>
            <w:vAlign w:val="center"/>
          </w:tcPr>
          <w:p w14:paraId="096C0C2D" w14:textId="77777777" w:rsidR="00545FF3" w:rsidRPr="00E97E87" w:rsidRDefault="00545FF3" w:rsidP="00182DA8">
            <w:pPr>
              <w:spacing w:line="360" w:lineRule="auto"/>
              <w:rPr>
                <w:rFonts w:ascii="Arial" w:hAnsi="Arial" w:cs="Arial"/>
                <w:lang w:val="ca-ES"/>
              </w:rPr>
            </w:pPr>
            <w:r w:rsidRPr="00E97E87">
              <w:rPr>
                <w:rFonts w:ascii="Arial" w:hAnsi="Arial" w:cs="Arial"/>
                <w:sz w:val="17"/>
                <w:lang w:val="ca-ES"/>
              </w:rPr>
              <w:t>N1-07</w:t>
            </w:r>
          </w:p>
        </w:tc>
      </w:tr>
    </w:tbl>
    <w:p w14:paraId="733B033E" w14:textId="0CBD261F" w:rsidR="007C53DA" w:rsidRPr="00E97E87" w:rsidRDefault="007C53DA" w:rsidP="00182DA8">
      <w:pPr>
        <w:spacing w:before="140" w:line="360" w:lineRule="auto"/>
        <w:rPr>
          <w:rFonts w:ascii="Arial" w:hAnsi="Arial" w:cs="Arial"/>
          <w:lang w:val="ca-ES"/>
        </w:rPr>
      </w:pPr>
    </w:p>
    <w:sectPr w:rsidR="007C53DA" w:rsidRPr="00E97E87" w:rsidSect="00182DA8">
      <w:headerReference w:type="default" r:id="rId8"/>
      <w:pgSz w:w="12240" w:h="15840"/>
      <w:pgMar w:top="1668" w:right="850" w:bottom="85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12533" w14:textId="77777777" w:rsidR="00DB7047" w:rsidRDefault="00DB7047" w:rsidP="00182DA8">
      <w:pPr>
        <w:spacing w:after="0" w:line="240" w:lineRule="auto"/>
      </w:pPr>
      <w:r>
        <w:separator/>
      </w:r>
    </w:p>
  </w:endnote>
  <w:endnote w:type="continuationSeparator" w:id="0">
    <w:p w14:paraId="21B8D070" w14:textId="77777777" w:rsidR="00DB7047" w:rsidRDefault="00DB7047" w:rsidP="00182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1F75C" w14:textId="77777777" w:rsidR="00DB7047" w:rsidRDefault="00DB7047" w:rsidP="00182DA8">
      <w:pPr>
        <w:spacing w:after="0" w:line="240" w:lineRule="auto"/>
      </w:pPr>
      <w:r>
        <w:separator/>
      </w:r>
    </w:p>
  </w:footnote>
  <w:footnote w:type="continuationSeparator" w:id="0">
    <w:p w14:paraId="45755A11" w14:textId="77777777" w:rsidR="00DB7047" w:rsidRDefault="00DB7047" w:rsidP="00182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F87BF" w14:textId="38B5C29E" w:rsidR="00182DA8" w:rsidRDefault="00182DA8" w:rsidP="00182DA8">
    <w:pPr>
      <w:pStyle w:val="Encabezado"/>
      <w:jc w:val="center"/>
    </w:pPr>
    <w:bookmarkStart w:id="0" w:name="gjdgxs" w:colFirst="0" w:colLast="0"/>
    <w:bookmarkEnd w:id="0"/>
    <w:r>
      <w:rPr>
        <w:noProof/>
      </w:rPr>
      <w:drawing>
        <wp:inline distT="0" distB="0" distL="0" distR="0" wp14:anchorId="2FF7ED9C" wp14:editId="556334B7">
          <wp:extent cx="5731510" cy="605708"/>
          <wp:effectExtent l="0" t="0" r="0" b="4445"/>
          <wp:docPr id="1993098089" name="Imagen 19930980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057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81956075">
    <w:abstractNumId w:val="8"/>
  </w:num>
  <w:num w:numId="2" w16cid:durableId="182980983">
    <w:abstractNumId w:val="6"/>
  </w:num>
  <w:num w:numId="3" w16cid:durableId="554123265">
    <w:abstractNumId w:val="5"/>
  </w:num>
  <w:num w:numId="4" w16cid:durableId="1933319204">
    <w:abstractNumId w:val="4"/>
  </w:num>
  <w:num w:numId="5" w16cid:durableId="904485089">
    <w:abstractNumId w:val="7"/>
  </w:num>
  <w:num w:numId="6" w16cid:durableId="353700031">
    <w:abstractNumId w:val="3"/>
  </w:num>
  <w:num w:numId="7" w16cid:durableId="400834240">
    <w:abstractNumId w:val="2"/>
  </w:num>
  <w:num w:numId="8" w16cid:durableId="1039739359">
    <w:abstractNumId w:val="1"/>
  </w:num>
  <w:num w:numId="9" w16cid:durableId="1474328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2DA8"/>
    <w:rsid w:val="0029639D"/>
    <w:rsid w:val="00326F90"/>
    <w:rsid w:val="004C0CDF"/>
    <w:rsid w:val="00545FF3"/>
    <w:rsid w:val="006D212A"/>
    <w:rsid w:val="00741B8C"/>
    <w:rsid w:val="007C53DA"/>
    <w:rsid w:val="00934E87"/>
    <w:rsid w:val="00AA1D8D"/>
    <w:rsid w:val="00B47730"/>
    <w:rsid w:val="00B8139A"/>
    <w:rsid w:val="00CB0664"/>
    <w:rsid w:val="00DB7047"/>
    <w:rsid w:val="00E97E8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70BDF2"/>
  <w14:defaultImageDpi w14:val="300"/>
  <w15:docId w15:val="{F21B68CF-6083-A44A-A82F-28BA2960D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392</Words>
  <Characters>2157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PASCUAL ORTEGA, MARIA</cp:lastModifiedBy>
  <cp:revision>5</cp:revision>
  <cp:lastPrinted>2026-09-02T10:35:00Z</cp:lastPrinted>
  <dcterms:created xsi:type="dcterms:W3CDTF">2026-09-02T10:41:00Z</dcterms:created>
  <dcterms:modified xsi:type="dcterms:W3CDTF">2026-09-02T10:53:00Z</dcterms:modified>
  <cp:category/>
</cp:coreProperties>
</file>